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1A86A" w14:textId="63D06512" w:rsidR="003A08A0" w:rsidRDefault="00263DA2" w:rsidP="006D2966">
      <w:pPr>
        <w:pStyle w:val="Title"/>
        <w:numPr>
          <w:ilvl w:val="0"/>
          <w:numId w:val="10"/>
        </w:numPr>
      </w:pPr>
      <w:r>
        <w:t xml:space="preserve">  </w:t>
      </w:r>
      <w:r w:rsidR="004B15F1">
        <w:t xml:space="preserve">  </w:t>
      </w:r>
      <w:proofErr w:type="spellStart"/>
      <w:r w:rsidR="004B15F1">
        <w:t>Certificat</w:t>
      </w:r>
      <w:proofErr w:type="spellEnd"/>
      <w:r w:rsidR="004B15F1">
        <w:t xml:space="preserve"> de urbanism </w:t>
      </w:r>
      <w:proofErr w:type="spellStart"/>
      <w:r w:rsidR="004B15F1">
        <w:t>pentru</w:t>
      </w:r>
      <w:proofErr w:type="spellEnd"/>
      <w:r w:rsidR="004B15F1">
        <w:t xml:space="preserve"> </w:t>
      </w:r>
      <w:proofErr w:type="spellStart"/>
      <w:r w:rsidR="004B15F1">
        <w:t>informare</w:t>
      </w:r>
      <w:proofErr w:type="spellEnd"/>
    </w:p>
    <w:p w14:paraId="09269080" w14:textId="4D385BB5" w:rsidR="003A08A0" w:rsidRPr="006D2966" w:rsidRDefault="00203B87" w:rsidP="00964F44">
      <w:pPr>
        <w:rPr>
          <w:rFonts w:ascii="Segoe UI" w:hAnsi="Segoe UI" w:cs="Segoe UI"/>
          <w:sz w:val="24"/>
          <w:szCs w:val="24"/>
        </w:rPr>
      </w:pPr>
      <w:proofErr w:type="spellStart"/>
      <w:r w:rsidRPr="006D2966">
        <w:rPr>
          <w:rFonts w:ascii="Segoe UI" w:hAnsi="Segoe UI" w:cs="Segoe UI"/>
          <w:sz w:val="24"/>
          <w:szCs w:val="24"/>
        </w:rPr>
        <w:t>Cerere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tip F_CU_01. </w:t>
      </w:r>
    </w:p>
    <w:p w14:paraId="27823580" w14:textId="79B8EE07" w:rsidR="003A08A0" w:rsidRDefault="00203B87">
      <w:pPr>
        <w:pStyle w:val="Heading1"/>
        <w:rPr>
          <w:rFonts w:ascii="Segoe UI" w:hAnsi="Segoe UI" w:cs="Segoe UI"/>
          <w:sz w:val="24"/>
          <w:szCs w:val="24"/>
        </w:rPr>
      </w:pPr>
      <w:proofErr w:type="spellStart"/>
      <w:r w:rsidRPr="006D2966">
        <w:rPr>
          <w:rFonts w:ascii="Segoe UI" w:hAnsi="Segoe UI" w:cs="Segoe UI"/>
          <w:sz w:val="24"/>
          <w:szCs w:val="24"/>
        </w:rPr>
        <w:t>Documente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6D2966">
        <w:rPr>
          <w:rFonts w:ascii="Segoe UI" w:hAnsi="Segoe UI" w:cs="Segoe UI"/>
          <w:sz w:val="24"/>
          <w:szCs w:val="24"/>
        </w:rPr>
        <w:t>necesare</w:t>
      </w:r>
      <w:proofErr w:type="spellEnd"/>
      <w:r w:rsidR="006D2966">
        <w:rPr>
          <w:rFonts w:ascii="Segoe UI" w:hAnsi="Segoe UI" w:cs="Segoe UI"/>
          <w:sz w:val="24"/>
          <w:szCs w:val="24"/>
        </w:rPr>
        <w:t xml:space="preserve"> la </w:t>
      </w:r>
      <w:proofErr w:type="spellStart"/>
      <w:r w:rsidR="006D2966">
        <w:rPr>
          <w:rFonts w:ascii="Segoe UI" w:hAnsi="Segoe UI" w:cs="Segoe UI"/>
          <w:sz w:val="24"/>
          <w:szCs w:val="24"/>
        </w:rPr>
        <w:t>depunerea</w:t>
      </w:r>
      <w:proofErr w:type="spellEnd"/>
      <w:r w:rsid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6D2966">
        <w:rPr>
          <w:rFonts w:ascii="Segoe UI" w:hAnsi="Segoe UI" w:cs="Segoe UI"/>
          <w:sz w:val="24"/>
          <w:szCs w:val="24"/>
        </w:rPr>
        <w:t>cererii</w:t>
      </w:r>
      <w:proofErr w:type="spellEnd"/>
      <w:r w:rsidR="006D2966">
        <w:rPr>
          <w:rFonts w:ascii="Segoe UI" w:hAnsi="Segoe UI" w:cs="Segoe UI"/>
          <w:sz w:val="24"/>
          <w:szCs w:val="24"/>
        </w:rPr>
        <w:t>:</w:t>
      </w:r>
    </w:p>
    <w:p w14:paraId="46907449" w14:textId="77777777" w:rsidR="000A7D8D" w:rsidRPr="000A7D8D" w:rsidRDefault="000A7D8D" w:rsidP="000A7D8D"/>
    <w:p w14:paraId="494B3AEA" w14:textId="77777777" w:rsidR="003A08A0" w:rsidRPr="006D2966" w:rsidRDefault="00203B87">
      <w:pPr>
        <w:pStyle w:val="ListBullet"/>
        <w:rPr>
          <w:rFonts w:ascii="Segoe UI" w:hAnsi="Segoe UI" w:cs="Segoe UI"/>
          <w:sz w:val="24"/>
          <w:szCs w:val="24"/>
        </w:rPr>
      </w:pPr>
      <w:r w:rsidRPr="006D2966">
        <w:rPr>
          <w:rFonts w:ascii="Segoe UI Symbol" w:hAnsi="Segoe UI Symbol" w:cs="Segoe UI Symbol"/>
          <w:sz w:val="24"/>
          <w:szCs w:val="24"/>
        </w:rPr>
        <w:t>☐</w:t>
      </w:r>
      <w:r w:rsidRPr="006D2966">
        <w:rPr>
          <w:rFonts w:ascii="Segoe UI" w:hAnsi="Segoe UI" w:cs="Segoe UI"/>
          <w:sz w:val="24"/>
          <w:szCs w:val="24"/>
        </w:rPr>
        <w:t xml:space="preserve">  </w:t>
      </w:r>
      <w:proofErr w:type="spellStart"/>
      <w:r w:rsidRPr="006D2966">
        <w:rPr>
          <w:rFonts w:ascii="Segoe UI" w:hAnsi="Segoe UI" w:cs="Segoe UI"/>
          <w:sz w:val="24"/>
          <w:szCs w:val="24"/>
        </w:rPr>
        <w:t>Cererea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-tip </w:t>
      </w:r>
      <w:proofErr w:type="spellStart"/>
      <w:r w:rsidRPr="006D2966">
        <w:rPr>
          <w:rFonts w:ascii="Segoe UI" w:hAnsi="Segoe UI" w:cs="Segoe UI"/>
          <w:sz w:val="24"/>
          <w:szCs w:val="24"/>
        </w:rPr>
        <w:t>completată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, cu </w:t>
      </w:r>
      <w:proofErr w:type="spellStart"/>
      <w:r w:rsidRPr="006D2966">
        <w:rPr>
          <w:rFonts w:ascii="Segoe UI" w:hAnsi="Segoe UI" w:cs="Segoe UI"/>
          <w:sz w:val="24"/>
          <w:szCs w:val="24"/>
        </w:rPr>
        <w:t>datele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solicitantului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, </w:t>
      </w:r>
      <w:proofErr w:type="spellStart"/>
      <w:r w:rsidRPr="006D2966">
        <w:rPr>
          <w:rFonts w:ascii="Segoe UI" w:hAnsi="Segoe UI" w:cs="Segoe UI"/>
          <w:sz w:val="24"/>
          <w:szCs w:val="24"/>
        </w:rPr>
        <w:t>identificarea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imobilului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și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opțiunea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pentru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răspuns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scris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sau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digital.</w:t>
      </w:r>
    </w:p>
    <w:p w14:paraId="6620092C" w14:textId="77777777" w:rsidR="003A08A0" w:rsidRPr="006D2966" w:rsidRDefault="00203B87">
      <w:pPr>
        <w:pStyle w:val="ListBullet"/>
        <w:rPr>
          <w:rFonts w:ascii="Segoe UI" w:hAnsi="Segoe UI" w:cs="Segoe UI"/>
          <w:sz w:val="24"/>
          <w:szCs w:val="24"/>
        </w:rPr>
      </w:pPr>
      <w:r w:rsidRPr="006D2966">
        <w:rPr>
          <w:rFonts w:ascii="Segoe UI Symbol" w:hAnsi="Segoe UI Symbol" w:cs="Segoe UI Symbol"/>
          <w:sz w:val="24"/>
          <w:szCs w:val="24"/>
        </w:rPr>
        <w:t>☐</w:t>
      </w:r>
      <w:r w:rsidRPr="006D2966">
        <w:rPr>
          <w:rFonts w:ascii="Segoe UI" w:hAnsi="Segoe UI" w:cs="Segoe UI"/>
          <w:sz w:val="24"/>
          <w:szCs w:val="24"/>
        </w:rPr>
        <w:t xml:space="preserve">  </w:t>
      </w:r>
      <w:proofErr w:type="spellStart"/>
      <w:r w:rsidRPr="006D2966">
        <w:rPr>
          <w:rFonts w:ascii="Segoe UI" w:hAnsi="Segoe UI" w:cs="Segoe UI"/>
          <w:sz w:val="24"/>
          <w:szCs w:val="24"/>
        </w:rPr>
        <w:t>Imobil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intabulat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: </w:t>
      </w:r>
      <w:proofErr w:type="spellStart"/>
      <w:r w:rsidRPr="006D2966">
        <w:rPr>
          <w:rFonts w:ascii="Segoe UI" w:hAnsi="Segoe UI" w:cs="Segoe UI"/>
          <w:sz w:val="24"/>
          <w:szCs w:val="24"/>
        </w:rPr>
        <w:t>înscrieți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numărul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cadastral </w:t>
      </w:r>
      <w:proofErr w:type="spellStart"/>
      <w:r w:rsidRPr="006D2966">
        <w:rPr>
          <w:rFonts w:ascii="Segoe UI" w:hAnsi="Segoe UI" w:cs="Segoe UI"/>
          <w:sz w:val="24"/>
          <w:szCs w:val="24"/>
        </w:rPr>
        <w:t>pentru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identificarea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în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e-Terra.</w:t>
      </w:r>
    </w:p>
    <w:p w14:paraId="760CBD30" w14:textId="77777777" w:rsidR="003A08A0" w:rsidRPr="006D2966" w:rsidRDefault="00203B87">
      <w:pPr>
        <w:pStyle w:val="ListBullet"/>
        <w:rPr>
          <w:rFonts w:ascii="Segoe UI" w:hAnsi="Segoe UI" w:cs="Segoe UI"/>
          <w:sz w:val="24"/>
          <w:szCs w:val="24"/>
        </w:rPr>
      </w:pPr>
      <w:r w:rsidRPr="006D2966">
        <w:rPr>
          <w:rFonts w:ascii="Segoe UI Symbol" w:hAnsi="Segoe UI Symbol" w:cs="Segoe UI Symbol"/>
          <w:sz w:val="24"/>
          <w:szCs w:val="24"/>
        </w:rPr>
        <w:t>☐</w:t>
      </w:r>
      <w:r w:rsidRPr="006D2966">
        <w:rPr>
          <w:rFonts w:ascii="Segoe UI" w:hAnsi="Segoe UI" w:cs="Segoe UI"/>
          <w:sz w:val="24"/>
          <w:szCs w:val="24"/>
        </w:rPr>
        <w:t xml:space="preserve">  </w:t>
      </w:r>
      <w:proofErr w:type="spellStart"/>
      <w:r w:rsidRPr="006D2966">
        <w:rPr>
          <w:rFonts w:ascii="Segoe UI" w:hAnsi="Segoe UI" w:cs="Segoe UI"/>
          <w:sz w:val="24"/>
          <w:szCs w:val="24"/>
        </w:rPr>
        <w:t>Imobil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neînscris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în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e-Terra: plan de </w:t>
      </w:r>
      <w:proofErr w:type="spellStart"/>
      <w:r w:rsidRPr="006D2966">
        <w:rPr>
          <w:rFonts w:ascii="Segoe UI" w:hAnsi="Segoe UI" w:cs="Segoe UI"/>
          <w:sz w:val="24"/>
          <w:szCs w:val="24"/>
        </w:rPr>
        <w:t>încadrare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cu </w:t>
      </w:r>
      <w:proofErr w:type="spellStart"/>
      <w:r w:rsidRPr="006D2966">
        <w:rPr>
          <w:rFonts w:ascii="Segoe UI" w:hAnsi="Segoe UI" w:cs="Segoe UI"/>
          <w:sz w:val="24"/>
          <w:szCs w:val="24"/>
        </w:rPr>
        <w:t>localizare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exactă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în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Stereo 70, </w:t>
      </w:r>
      <w:proofErr w:type="spellStart"/>
      <w:r w:rsidRPr="006D2966">
        <w:rPr>
          <w:rFonts w:ascii="Segoe UI" w:hAnsi="Segoe UI" w:cs="Segoe UI"/>
          <w:sz w:val="24"/>
          <w:szCs w:val="24"/>
        </w:rPr>
        <w:t>eliberat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de OCPI.</w:t>
      </w:r>
    </w:p>
    <w:p w14:paraId="61C2E354" w14:textId="22DBD31A" w:rsidR="003A08A0" w:rsidRPr="006D2966" w:rsidRDefault="00203B87">
      <w:pPr>
        <w:pStyle w:val="ListBullet"/>
        <w:rPr>
          <w:rFonts w:ascii="Segoe UI" w:hAnsi="Segoe UI" w:cs="Segoe UI"/>
          <w:sz w:val="24"/>
          <w:szCs w:val="24"/>
        </w:rPr>
      </w:pPr>
      <w:r w:rsidRPr="006D2966">
        <w:rPr>
          <w:rFonts w:ascii="Segoe UI Symbol" w:hAnsi="Segoe UI Symbol" w:cs="Segoe UI Symbol"/>
          <w:sz w:val="24"/>
          <w:szCs w:val="24"/>
        </w:rPr>
        <w:t>☐</w:t>
      </w:r>
      <w:r w:rsidRPr="006D2966">
        <w:rPr>
          <w:rFonts w:ascii="Segoe UI" w:hAnsi="Segoe UI" w:cs="Segoe UI"/>
          <w:sz w:val="24"/>
          <w:szCs w:val="24"/>
        </w:rPr>
        <w:t xml:space="preserve">  </w:t>
      </w:r>
      <w:proofErr w:type="spellStart"/>
      <w:r w:rsidRPr="006D2966">
        <w:rPr>
          <w:rFonts w:ascii="Segoe UI" w:hAnsi="Segoe UI" w:cs="Segoe UI"/>
          <w:sz w:val="24"/>
          <w:szCs w:val="24"/>
        </w:rPr>
        <w:t>Imobil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înscris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în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CF, </w:t>
      </w:r>
      <w:proofErr w:type="spellStart"/>
      <w:r w:rsidRPr="006D2966">
        <w:rPr>
          <w:rFonts w:ascii="Segoe UI" w:hAnsi="Segoe UI" w:cs="Segoe UI"/>
          <w:sz w:val="24"/>
          <w:szCs w:val="24"/>
        </w:rPr>
        <w:t>dar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cu date </w:t>
      </w:r>
      <w:proofErr w:type="spellStart"/>
      <w:r w:rsidRPr="006D2966">
        <w:rPr>
          <w:rFonts w:ascii="Segoe UI" w:hAnsi="Segoe UI" w:cs="Segoe UI"/>
          <w:sz w:val="24"/>
          <w:szCs w:val="24"/>
        </w:rPr>
        <w:t>cadastrale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neactualizate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: </w:t>
      </w:r>
      <w:proofErr w:type="spellStart"/>
      <w:r w:rsidRPr="006D2966">
        <w:rPr>
          <w:rFonts w:ascii="Segoe UI" w:hAnsi="Segoe UI" w:cs="Segoe UI"/>
          <w:sz w:val="24"/>
          <w:szCs w:val="24"/>
        </w:rPr>
        <w:t>adăugați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extras CF </w:t>
      </w:r>
      <w:proofErr w:type="spellStart"/>
      <w:r w:rsidRPr="006D2966">
        <w:rPr>
          <w:rFonts w:ascii="Segoe UI" w:hAnsi="Segoe UI" w:cs="Segoe UI"/>
          <w:sz w:val="24"/>
          <w:szCs w:val="24"/>
        </w:rPr>
        <w:t>actualizat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, </w:t>
      </w:r>
      <w:proofErr w:type="spellStart"/>
      <w:r w:rsidRPr="006D2966">
        <w:rPr>
          <w:rFonts w:ascii="Segoe UI" w:hAnsi="Segoe UI" w:cs="Segoe UI"/>
          <w:sz w:val="24"/>
          <w:szCs w:val="24"/>
        </w:rPr>
        <w:t>vechi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de </w:t>
      </w:r>
      <w:proofErr w:type="spellStart"/>
      <w:r w:rsidRPr="006D2966">
        <w:rPr>
          <w:rFonts w:ascii="Segoe UI" w:hAnsi="Segoe UI" w:cs="Segoe UI"/>
          <w:sz w:val="24"/>
          <w:szCs w:val="24"/>
        </w:rPr>
        <w:t>cel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mult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30 de </w:t>
      </w:r>
      <w:proofErr w:type="spellStart"/>
      <w:r w:rsidRPr="006D2966">
        <w:rPr>
          <w:rFonts w:ascii="Segoe UI" w:hAnsi="Segoe UI" w:cs="Segoe UI"/>
          <w:sz w:val="24"/>
          <w:szCs w:val="24"/>
        </w:rPr>
        <w:t>zile</w:t>
      </w:r>
      <w:proofErr w:type="spellEnd"/>
      <w:r w:rsidRPr="006D2966">
        <w:rPr>
          <w:rFonts w:ascii="Segoe UI" w:hAnsi="Segoe UI" w:cs="Segoe UI"/>
          <w:sz w:val="24"/>
          <w:szCs w:val="24"/>
        </w:rPr>
        <w:t>.</w:t>
      </w:r>
      <w:r w:rsidR="00D64182">
        <w:rPr>
          <w:rFonts w:ascii="Segoe UI" w:hAnsi="Segoe UI" w:cs="Segoe UI"/>
          <w:sz w:val="24"/>
          <w:szCs w:val="24"/>
        </w:rPr>
        <w:t xml:space="preserve"> (</w:t>
      </w:r>
      <w:r w:rsidR="00D64182">
        <w:rPr>
          <w:rFonts w:ascii="Segoe UI" w:hAnsi="Segoe UI" w:cs="Segoe UI"/>
          <w:sz w:val="24"/>
          <w:szCs w:val="24"/>
          <w:lang w:val="ro-RO"/>
        </w:rPr>
        <w:t>în cazul în care există CF vechi, neactualizat – CU se poate emite doar după actualizarea CF</w:t>
      </w:r>
      <w:r w:rsidR="00D64182">
        <w:rPr>
          <w:rFonts w:ascii="Segoe UI" w:hAnsi="Segoe UI" w:cs="Segoe UI"/>
          <w:sz w:val="24"/>
          <w:szCs w:val="24"/>
        </w:rPr>
        <w:t>)</w:t>
      </w:r>
    </w:p>
    <w:p w14:paraId="0C980854" w14:textId="77777777" w:rsidR="003A08A0" w:rsidRPr="006D2966" w:rsidRDefault="00203B87">
      <w:pPr>
        <w:pStyle w:val="ListBullet"/>
        <w:rPr>
          <w:rFonts w:ascii="Segoe UI" w:hAnsi="Segoe UI" w:cs="Segoe UI"/>
          <w:sz w:val="24"/>
          <w:szCs w:val="24"/>
        </w:rPr>
      </w:pPr>
      <w:r w:rsidRPr="006D2966">
        <w:rPr>
          <w:rFonts w:ascii="Segoe UI Symbol" w:hAnsi="Segoe UI Symbol" w:cs="Segoe UI Symbol"/>
          <w:sz w:val="24"/>
          <w:szCs w:val="24"/>
        </w:rPr>
        <w:t>☐</w:t>
      </w:r>
      <w:r w:rsidRPr="006D2966">
        <w:rPr>
          <w:rFonts w:ascii="Segoe UI" w:hAnsi="Segoe UI" w:cs="Segoe UI"/>
          <w:sz w:val="24"/>
          <w:szCs w:val="24"/>
        </w:rPr>
        <w:t xml:space="preserve">  </w:t>
      </w:r>
      <w:proofErr w:type="spellStart"/>
      <w:r w:rsidRPr="006D2966">
        <w:rPr>
          <w:rFonts w:ascii="Segoe UI" w:hAnsi="Segoe UI" w:cs="Segoe UI"/>
          <w:sz w:val="24"/>
          <w:szCs w:val="24"/>
        </w:rPr>
        <w:t>Dovada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achitării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taxei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, </w:t>
      </w:r>
      <w:proofErr w:type="spellStart"/>
      <w:r w:rsidRPr="006D2966">
        <w:rPr>
          <w:rFonts w:ascii="Segoe UI" w:hAnsi="Segoe UI" w:cs="Segoe UI"/>
          <w:sz w:val="24"/>
          <w:szCs w:val="24"/>
        </w:rPr>
        <w:t>dacă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este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D2966">
        <w:rPr>
          <w:rFonts w:ascii="Segoe UI" w:hAnsi="Segoe UI" w:cs="Segoe UI"/>
          <w:sz w:val="24"/>
          <w:szCs w:val="24"/>
        </w:rPr>
        <w:t>datorată</w:t>
      </w:r>
      <w:proofErr w:type="spellEnd"/>
      <w:r w:rsidRPr="006D2966">
        <w:rPr>
          <w:rFonts w:ascii="Segoe UI" w:hAnsi="Segoe UI" w:cs="Segoe UI"/>
          <w:sz w:val="24"/>
          <w:szCs w:val="24"/>
        </w:rPr>
        <w:t>.</w:t>
      </w:r>
    </w:p>
    <w:p w14:paraId="610EB198" w14:textId="7EB25D94" w:rsidR="003A08A0" w:rsidRDefault="003A08A0"/>
    <w:sectPr w:rsidR="003A08A0" w:rsidSect="006D2966">
      <w:footerReference w:type="default" r:id="rId8"/>
      <w:pgSz w:w="12240" w:h="15840"/>
      <w:pgMar w:top="1008" w:right="360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CF3D5" w14:textId="77777777" w:rsidR="00FC2FC1" w:rsidRDefault="00FC2FC1">
      <w:pPr>
        <w:spacing w:after="0" w:line="240" w:lineRule="auto"/>
      </w:pPr>
      <w:r>
        <w:separator/>
      </w:r>
    </w:p>
  </w:endnote>
  <w:endnote w:type="continuationSeparator" w:id="0">
    <w:p w14:paraId="79B49E6D" w14:textId="77777777" w:rsidR="00FC2FC1" w:rsidRDefault="00FC2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A9BF4" w14:textId="77777777" w:rsidR="003A08A0" w:rsidRDefault="00203B87">
    <w:pPr>
      <w:pStyle w:val="Footer"/>
    </w:pPr>
    <w:proofErr w:type="spellStart"/>
    <w:r>
      <w:t>Liste</w:t>
    </w:r>
    <w:proofErr w:type="spellEnd"/>
    <w:r>
      <w:t xml:space="preserve"> de </w:t>
    </w:r>
    <w:proofErr w:type="spellStart"/>
    <w:r>
      <w:t>verificare</w:t>
    </w:r>
    <w:proofErr w:type="spellEnd"/>
    <w:r>
      <w:t xml:space="preserve"> </w:t>
    </w:r>
    <w:proofErr w:type="spellStart"/>
    <w:r>
      <w:t>pentru</w:t>
    </w:r>
    <w:proofErr w:type="spellEnd"/>
    <w:r>
      <w:t xml:space="preserve"> </w:t>
    </w:r>
    <w:proofErr w:type="spellStart"/>
    <w:r>
      <w:t>depunerea</w:t>
    </w:r>
    <w:proofErr w:type="spellEnd"/>
    <w:r>
      <w:t xml:space="preserve"> </w:t>
    </w:r>
    <w:proofErr w:type="spellStart"/>
    <w:r>
      <w:t>cererilor</w:t>
    </w:r>
    <w:proofErr w:type="spellEnd"/>
    <w:r>
      <w:t xml:space="preserve"> | 6 </w:t>
    </w:r>
    <w:proofErr w:type="spellStart"/>
    <w:r>
      <w:t>octombrie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9EF76" w14:textId="77777777" w:rsidR="00FC2FC1" w:rsidRDefault="00FC2FC1">
      <w:pPr>
        <w:spacing w:after="0" w:line="240" w:lineRule="auto"/>
      </w:pPr>
      <w:r>
        <w:separator/>
      </w:r>
    </w:p>
  </w:footnote>
  <w:footnote w:type="continuationSeparator" w:id="0">
    <w:p w14:paraId="54A29296" w14:textId="77777777" w:rsidR="00FC2FC1" w:rsidRDefault="00FC2F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D0214"/>
    <w:multiLevelType w:val="hybridMultilevel"/>
    <w:tmpl w:val="B1907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7D8D"/>
    <w:rsid w:val="00131914"/>
    <w:rsid w:val="0015074B"/>
    <w:rsid w:val="00203B87"/>
    <w:rsid w:val="0024618C"/>
    <w:rsid w:val="00263DA2"/>
    <w:rsid w:val="0029639D"/>
    <w:rsid w:val="00326F90"/>
    <w:rsid w:val="00345D2F"/>
    <w:rsid w:val="003A08A0"/>
    <w:rsid w:val="003F6DF9"/>
    <w:rsid w:val="004B15F1"/>
    <w:rsid w:val="005E447E"/>
    <w:rsid w:val="00616611"/>
    <w:rsid w:val="00657507"/>
    <w:rsid w:val="006D2966"/>
    <w:rsid w:val="00782D65"/>
    <w:rsid w:val="00964F44"/>
    <w:rsid w:val="00A27775"/>
    <w:rsid w:val="00A777F7"/>
    <w:rsid w:val="00AA1D8D"/>
    <w:rsid w:val="00B47730"/>
    <w:rsid w:val="00CB0664"/>
    <w:rsid w:val="00D64182"/>
    <w:rsid w:val="00DC7DE0"/>
    <w:rsid w:val="00FA5B3B"/>
    <w:rsid w:val="00FB7F05"/>
    <w:rsid w:val="00FC2FC1"/>
    <w:rsid w:val="00FC693F"/>
    <w:rsid w:val="00FF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05B5A2"/>
  <w14:defaultImageDpi w14:val="300"/>
  <w15:docId w15:val="{4438D2A7-02C6-4A16-8C3B-26F4D32D6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C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100</Words>
  <Characters>583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Certificat de urbanism pentru informare</vt:lpstr>
      <vt:lpstr/>
    </vt:vector>
  </TitlesOfParts>
  <Manager/>
  <Company/>
  <LinksUpToDate>false</LinksUpToDate>
  <CharactersWithSpaces>682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 de urbanism pentru informare</dc:title>
  <dc:subject/>
  <dc:creator/>
  <cp:keywords/>
  <dc:description>generated by python-docx</dc:description>
  <cp:lastModifiedBy>Secretariat</cp:lastModifiedBy>
  <cp:revision>11</cp:revision>
  <dcterms:created xsi:type="dcterms:W3CDTF">2013-12-23T23:15:00Z</dcterms:created>
  <dcterms:modified xsi:type="dcterms:W3CDTF">2026-10-29T10:04:00Z</dcterms:modified>
  <cp:category/>
</cp:coreProperties>
</file>