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93E2" w14:textId="33C92D75" w:rsidR="006A6BC7" w:rsidRDefault="009E3345">
      <w:pPr>
        <w:pStyle w:val="Title"/>
      </w:pPr>
      <w:r>
        <w:t xml:space="preserve">  </w:t>
      </w:r>
      <w:proofErr w:type="spellStart"/>
      <w:r>
        <w:t>Prelungirea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urbanism</w:t>
      </w:r>
    </w:p>
    <w:p w14:paraId="1B080372" w14:textId="627F6AD2" w:rsidR="006A6BC7" w:rsidRPr="00230A17" w:rsidRDefault="005F1E74">
      <w:pPr>
        <w:rPr>
          <w:sz w:val="24"/>
          <w:szCs w:val="24"/>
        </w:rPr>
      </w:pPr>
      <w:proofErr w:type="spellStart"/>
      <w:r w:rsidRPr="00230A17">
        <w:rPr>
          <w:sz w:val="24"/>
          <w:szCs w:val="24"/>
        </w:rPr>
        <w:t>Cererea</w:t>
      </w:r>
      <w:proofErr w:type="spellEnd"/>
      <w:r w:rsidRPr="00230A17">
        <w:rPr>
          <w:sz w:val="24"/>
          <w:szCs w:val="24"/>
        </w:rPr>
        <w:t xml:space="preserve"> tip F_CU_03 </w:t>
      </w:r>
    </w:p>
    <w:p w14:paraId="1D78E4B0" w14:textId="77777777" w:rsidR="006A6BC7" w:rsidRPr="00230A17" w:rsidRDefault="005F1E74">
      <w:pPr>
        <w:pStyle w:val="Heading1"/>
        <w:rPr>
          <w:rFonts w:ascii="Aptos" w:hAnsi="Aptos"/>
          <w:sz w:val="24"/>
          <w:szCs w:val="24"/>
        </w:rPr>
      </w:pPr>
      <w:proofErr w:type="spellStart"/>
      <w:r w:rsidRPr="00230A17">
        <w:rPr>
          <w:rFonts w:ascii="Aptos" w:hAnsi="Aptos"/>
          <w:sz w:val="24"/>
          <w:szCs w:val="24"/>
        </w:rPr>
        <w:t>Documente</w:t>
      </w:r>
      <w:proofErr w:type="spellEnd"/>
      <w:r w:rsidRPr="00230A17">
        <w:rPr>
          <w:rFonts w:ascii="Aptos" w:hAnsi="Aptos"/>
          <w:sz w:val="24"/>
          <w:szCs w:val="24"/>
        </w:rPr>
        <w:t xml:space="preserve"> </w:t>
      </w:r>
      <w:proofErr w:type="spellStart"/>
      <w:r w:rsidRPr="00230A17">
        <w:rPr>
          <w:rFonts w:ascii="Aptos" w:hAnsi="Aptos"/>
          <w:sz w:val="24"/>
          <w:szCs w:val="24"/>
        </w:rPr>
        <w:t>și</w:t>
      </w:r>
      <w:proofErr w:type="spellEnd"/>
      <w:r w:rsidRPr="00230A17">
        <w:rPr>
          <w:rFonts w:ascii="Aptos" w:hAnsi="Aptos"/>
          <w:sz w:val="24"/>
          <w:szCs w:val="24"/>
        </w:rPr>
        <w:t xml:space="preserve"> </w:t>
      </w:r>
      <w:proofErr w:type="spellStart"/>
      <w:r w:rsidRPr="00230A17">
        <w:rPr>
          <w:rFonts w:ascii="Aptos" w:hAnsi="Aptos"/>
          <w:sz w:val="24"/>
          <w:szCs w:val="24"/>
        </w:rPr>
        <w:t>verificări</w:t>
      </w:r>
      <w:proofErr w:type="spellEnd"/>
    </w:p>
    <w:p w14:paraId="41E9F739" w14:textId="77777777" w:rsidR="006A6BC7" w:rsidRPr="00230A17" w:rsidRDefault="005F1E74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>☐</w:t>
      </w:r>
      <w:r w:rsidRPr="00230A17">
        <w:rPr>
          <w:sz w:val="24"/>
          <w:szCs w:val="24"/>
        </w:rPr>
        <w:t xml:space="preserve">  </w:t>
      </w:r>
      <w:proofErr w:type="spellStart"/>
      <w:r w:rsidRPr="00230A17">
        <w:rPr>
          <w:sz w:val="24"/>
          <w:szCs w:val="24"/>
        </w:rPr>
        <w:t>Cererea</w:t>
      </w:r>
      <w:proofErr w:type="spellEnd"/>
      <w:proofErr w:type="gramEnd"/>
      <w:r w:rsidRPr="00230A17">
        <w:rPr>
          <w:sz w:val="24"/>
          <w:szCs w:val="24"/>
        </w:rPr>
        <w:t xml:space="preserve"> F_CU_03 </w:t>
      </w:r>
      <w:proofErr w:type="spellStart"/>
      <w:r w:rsidRPr="00230A17">
        <w:rPr>
          <w:sz w:val="24"/>
          <w:szCs w:val="24"/>
        </w:rPr>
        <w:t>completată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și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semnată</w:t>
      </w:r>
      <w:proofErr w:type="spellEnd"/>
      <w:r w:rsidRPr="00230A17">
        <w:rPr>
          <w:sz w:val="24"/>
          <w:szCs w:val="24"/>
        </w:rPr>
        <w:t xml:space="preserve"> de titular </w:t>
      </w:r>
      <w:proofErr w:type="spellStart"/>
      <w:r w:rsidRPr="00230A17">
        <w:rPr>
          <w:sz w:val="24"/>
          <w:szCs w:val="24"/>
        </w:rPr>
        <w:t>sau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reprezentant</w:t>
      </w:r>
      <w:proofErr w:type="spellEnd"/>
      <w:r w:rsidRPr="00230A17">
        <w:rPr>
          <w:sz w:val="24"/>
          <w:szCs w:val="24"/>
        </w:rPr>
        <w:t>.</w:t>
      </w:r>
    </w:p>
    <w:p w14:paraId="47BE23E4" w14:textId="77777777" w:rsidR="006A6BC7" w:rsidRPr="00230A17" w:rsidRDefault="005F1E74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>☐</w:t>
      </w:r>
      <w:r w:rsidRPr="00230A17">
        <w:rPr>
          <w:sz w:val="24"/>
          <w:szCs w:val="24"/>
        </w:rPr>
        <w:t xml:space="preserve">  </w:t>
      </w:r>
      <w:proofErr w:type="spellStart"/>
      <w:r w:rsidRPr="00230A17">
        <w:rPr>
          <w:sz w:val="24"/>
          <w:szCs w:val="24"/>
        </w:rPr>
        <w:t>Indicați</w:t>
      </w:r>
      <w:proofErr w:type="spellEnd"/>
      <w:proofErr w:type="gram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numărul</w:t>
      </w:r>
      <w:proofErr w:type="spellEnd"/>
      <w:r w:rsidRPr="00230A17">
        <w:rPr>
          <w:sz w:val="24"/>
          <w:szCs w:val="24"/>
        </w:rPr>
        <w:t xml:space="preserve">, data </w:t>
      </w:r>
      <w:proofErr w:type="spellStart"/>
      <w:r w:rsidRPr="00230A17">
        <w:rPr>
          <w:sz w:val="24"/>
          <w:szCs w:val="24"/>
        </w:rPr>
        <w:t>și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emitentul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certificatului</w:t>
      </w:r>
      <w:proofErr w:type="spellEnd"/>
      <w:r w:rsidRPr="00230A17">
        <w:rPr>
          <w:sz w:val="24"/>
          <w:szCs w:val="24"/>
        </w:rPr>
        <w:t xml:space="preserve">; </w:t>
      </w:r>
      <w:proofErr w:type="spellStart"/>
      <w:r w:rsidRPr="00230A17">
        <w:rPr>
          <w:sz w:val="24"/>
          <w:szCs w:val="24"/>
        </w:rPr>
        <w:t>atașați</w:t>
      </w:r>
      <w:proofErr w:type="spellEnd"/>
      <w:r w:rsidRPr="00230A17">
        <w:rPr>
          <w:sz w:val="24"/>
          <w:szCs w:val="24"/>
        </w:rPr>
        <w:t xml:space="preserve"> o </w:t>
      </w:r>
      <w:proofErr w:type="spellStart"/>
      <w:r w:rsidRPr="00230A17">
        <w:rPr>
          <w:sz w:val="24"/>
          <w:szCs w:val="24"/>
        </w:rPr>
        <w:t>copie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pentru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identificare</w:t>
      </w:r>
      <w:proofErr w:type="spellEnd"/>
      <w:r w:rsidRPr="00230A17">
        <w:rPr>
          <w:sz w:val="24"/>
          <w:szCs w:val="24"/>
        </w:rPr>
        <w:t>.</w:t>
      </w:r>
    </w:p>
    <w:p w14:paraId="0A88DE9A" w14:textId="77777777" w:rsidR="00BF21FF" w:rsidRPr="00230A17" w:rsidRDefault="005F1E74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>☐</w:t>
      </w:r>
      <w:r w:rsidRPr="00230A17">
        <w:rPr>
          <w:sz w:val="24"/>
          <w:szCs w:val="24"/>
        </w:rPr>
        <w:t xml:space="preserve">  </w:t>
      </w:r>
      <w:proofErr w:type="spellStart"/>
      <w:r w:rsidRPr="00230A17">
        <w:rPr>
          <w:sz w:val="24"/>
          <w:szCs w:val="24"/>
        </w:rPr>
        <w:t>Împuternicire</w:t>
      </w:r>
      <w:proofErr w:type="spellEnd"/>
      <w:proofErr w:type="gramEnd"/>
      <w:r w:rsidRPr="00230A17">
        <w:rPr>
          <w:sz w:val="24"/>
          <w:szCs w:val="24"/>
        </w:rPr>
        <w:t xml:space="preserve">, </w:t>
      </w:r>
      <w:proofErr w:type="spellStart"/>
      <w:r w:rsidRPr="00230A17">
        <w:rPr>
          <w:sz w:val="24"/>
          <w:szCs w:val="24"/>
        </w:rPr>
        <w:t>dacă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depune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reprezentantul</w:t>
      </w:r>
      <w:proofErr w:type="spellEnd"/>
      <w:r w:rsidRPr="00230A17">
        <w:rPr>
          <w:sz w:val="24"/>
          <w:szCs w:val="24"/>
        </w:rPr>
        <w:t xml:space="preserve">; </w:t>
      </w:r>
    </w:p>
    <w:p w14:paraId="6473C807" w14:textId="2F742CDC" w:rsidR="006A6BC7" w:rsidRPr="00230A17" w:rsidRDefault="00BF21FF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 xml:space="preserve">☐  </w:t>
      </w:r>
      <w:proofErr w:type="spellStart"/>
      <w:r w:rsidRPr="00230A17">
        <w:rPr>
          <w:sz w:val="24"/>
          <w:szCs w:val="24"/>
        </w:rPr>
        <w:t>Dovada</w:t>
      </w:r>
      <w:proofErr w:type="spellEnd"/>
      <w:proofErr w:type="gram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taxei</w:t>
      </w:r>
      <w:proofErr w:type="spellEnd"/>
      <w:r w:rsidRPr="00230A17">
        <w:rPr>
          <w:sz w:val="24"/>
          <w:szCs w:val="24"/>
        </w:rPr>
        <w:t xml:space="preserve">, </w:t>
      </w:r>
      <w:proofErr w:type="spellStart"/>
      <w:r w:rsidRPr="00230A17">
        <w:rPr>
          <w:sz w:val="24"/>
          <w:szCs w:val="24"/>
        </w:rPr>
        <w:t>dacă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este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datorată</w:t>
      </w:r>
      <w:proofErr w:type="spellEnd"/>
      <w:r w:rsidRPr="00230A17">
        <w:rPr>
          <w:sz w:val="24"/>
          <w:szCs w:val="24"/>
        </w:rPr>
        <w:t>.</w:t>
      </w:r>
    </w:p>
    <w:p w14:paraId="48CDAB74" w14:textId="77777777" w:rsidR="006A6BC7" w:rsidRPr="00230A17" w:rsidRDefault="005F1E74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>☐</w:t>
      </w:r>
      <w:r w:rsidRPr="00230A17">
        <w:rPr>
          <w:sz w:val="24"/>
          <w:szCs w:val="24"/>
        </w:rPr>
        <w:t xml:space="preserve">  </w:t>
      </w:r>
      <w:proofErr w:type="spellStart"/>
      <w:r w:rsidRPr="00230A17">
        <w:rPr>
          <w:sz w:val="24"/>
          <w:szCs w:val="24"/>
        </w:rPr>
        <w:t>Depuneți</w:t>
      </w:r>
      <w:proofErr w:type="spellEnd"/>
      <w:proofErr w:type="gram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cererea</w:t>
      </w:r>
      <w:proofErr w:type="spellEnd"/>
      <w:r w:rsidRPr="00230A17">
        <w:rPr>
          <w:sz w:val="24"/>
          <w:szCs w:val="24"/>
        </w:rPr>
        <w:t xml:space="preserve"> cu </w:t>
      </w:r>
      <w:proofErr w:type="spellStart"/>
      <w:r w:rsidRPr="00230A17">
        <w:rPr>
          <w:sz w:val="24"/>
          <w:szCs w:val="24"/>
        </w:rPr>
        <w:t>cel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puțin</w:t>
      </w:r>
      <w:proofErr w:type="spellEnd"/>
      <w:r w:rsidRPr="00230A17">
        <w:rPr>
          <w:sz w:val="24"/>
          <w:szCs w:val="24"/>
        </w:rPr>
        <w:t xml:space="preserve"> 15 </w:t>
      </w:r>
      <w:proofErr w:type="spellStart"/>
      <w:r w:rsidRPr="00230A17">
        <w:rPr>
          <w:sz w:val="24"/>
          <w:szCs w:val="24"/>
        </w:rPr>
        <w:t>zile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lucrătoare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înainte</w:t>
      </w:r>
      <w:proofErr w:type="spellEnd"/>
      <w:r w:rsidRPr="00230A17">
        <w:rPr>
          <w:sz w:val="24"/>
          <w:szCs w:val="24"/>
        </w:rPr>
        <w:t xml:space="preserve"> de </w:t>
      </w:r>
      <w:proofErr w:type="spellStart"/>
      <w:r w:rsidRPr="00230A17">
        <w:rPr>
          <w:sz w:val="24"/>
          <w:szCs w:val="24"/>
        </w:rPr>
        <w:t>expirare</w:t>
      </w:r>
      <w:proofErr w:type="spellEnd"/>
      <w:r w:rsidRPr="00230A17">
        <w:rPr>
          <w:sz w:val="24"/>
          <w:szCs w:val="24"/>
        </w:rPr>
        <w:t xml:space="preserve">. </w:t>
      </w:r>
      <w:proofErr w:type="spellStart"/>
      <w:r w:rsidRPr="00230A17">
        <w:rPr>
          <w:sz w:val="24"/>
          <w:szCs w:val="24"/>
        </w:rPr>
        <w:t>Prelungirea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poate</w:t>
      </w:r>
      <w:proofErr w:type="spellEnd"/>
      <w:r w:rsidRPr="00230A17">
        <w:rPr>
          <w:sz w:val="24"/>
          <w:szCs w:val="24"/>
        </w:rPr>
        <w:t xml:space="preserve"> f</w:t>
      </w:r>
      <w:r w:rsidRPr="00230A17">
        <w:rPr>
          <w:sz w:val="24"/>
          <w:szCs w:val="24"/>
        </w:rPr>
        <w:t xml:space="preserve">i de </w:t>
      </w:r>
      <w:proofErr w:type="spellStart"/>
      <w:r w:rsidRPr="00230A17">
        <w:rPr>
          <w:sz w:val="24"/>
          <w:szCs w:val="24"/>
        </w:rPr>
        <w:t>cel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mult</w:t>
      </w:r>
      <w:proofErr w:type="spellEnd"/>
      <w:r w:rsidRPr="00230A17">
        <w:rPr>
          <w:sz w:val="24"/>
          <w:szCs w:val="24"/>
        </w:rPr>
        <w:t xml:space="preserve"> 24 de </w:t>
      </w:r>
      <w:proofErr w:type="spellStart"/>
      <w:r w:rsidRPr="00230A17">
        <w:rPr>
          <w:sz w:val="24"/>
          <w:szCs w:val="24"/>
        </w:rPr>
        <w:t>luni</w:t>
      </w:r>
      <w:proofErr w:type="spellEnd"/>
      <w:r w:rsidRPr="00230A17">
        <w:rPr>
          <w:sz w:val="24"/>
          <w:szCs w:val="24"/>
        </w:rPr>
        <w:t xml:space="preserve">; ulterior se </w:t>
      </w:r>
      <w:proofErr w:type="spellStart"/>
      <w:r w:rsidRPr="00230A17">
        <w:rPr>
          <w:sz w:val="24"/>
          <w:szCs w:val="24"/>
        </w:rPr>
        <w:t>emite</w:t>
      </w:r>
      <w:proofErr w:type="spellEnd"/>
      <w:r w:rsidRPr="00230A17">
        <w:rPr>
          <w:sz w:val="24"/>
          <w:szCs w:val="24"/>
        </w:rPr>
        <w:t xml:space="preserve"> un </w:t>
      </w:r>
      <w:proofErr w:type="spellStart"/>
      <w:r w:rsidRPr="00230A17">
        <w:rPr>
          <w:sz w:val="24"/>
          <w:szCs w:val="24"/>
        </w:rPr>
        <w:t>certificat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nou</w:t>
      </w:r>
      <w:proofErr w:type="spellEnd"/>
      <w:r w:rsidRPr="00230A17">
        <w:rPr>
          <w:sz w:val="24"/>
          <w:szCs w:val="24"/>
        </w:rPr>
        <w:t>.</w:t>
      </w:r>
    </w:p>
    <w:p w14:paraId="2778D8A0" w14:textId="0EDC4C74" w:rsidR="007E4F4D" w:rsidRPr="00230A17" w:rsidRDefault="007E4F4D" w:rsidP="007E4F4D">
      <w:pPr>
        <w:pStyle w:val="ListBullet"/>
        <w:rPr>
          <w:sz w:val="24"/>
          <w:szCs w:val="24"/>
        </w:rPr>
      </w:pPr>
      <w:proofErr w:type="gramStart"/>
      <w:r w:rsidRPr="00230A17">
        <w:rPr>
          <w:sz w:val="24"/>
          <w:szCs w:val="24"/>
        </w:rPr>
        <w:t xml:space="preserve">☐  </w:t>
      </w:r>
      <w:proofErr w:type="spellStart"/>
      <w:r w:rsidRPr="00230A17">
        <w:rPr>
          <w:sz w:val="24"/>
          <w:szCs w:val="24"/>
        </w:rPr>
        <w:t>Certificatul</w:t>
      </w:r>
      <w:proofErr w:type="spellEnd"/>
      <w:proofErr w:type="gramEnd"/>
      <w:r w:rsidRPr="00230A17">
        <w:rPr>
          <w:sz w:val="24"/>
          <w:szCs w:val="24"/>
        </w:rPr>
        <w:t xml:space="preserve"> se </w:t>
      </w:r>
      <w:proofErr w:type="spellStart"/>
      <w:r w:rsidRPr="00230A17">
        <w:rPr>
          <w:sz w:val="24"/>
          <w:szCs w:val="24"/>
        </w:rPr>
        <w:t>aduce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="00D00A69">
        <w:rPr>
          <w:sz w:val="24"/>
          <w:szCs w:val="24"/>
        </w:rPr>
        <w:t>î</w:t>
      </w:r>
      <w:r w:rsidRPr="00230A17">
        <w:rPr>
          <w:sz w:val="24"/>
          <w:szCs w:val="24"/>
        </w:rPr>
        <w:t>n</w:t>
      </w:r>
      <w:proofErr w:type="spellEnd"/>
      <w:r w:rsidRPr="00230A17">
        <w:rPr>
          <w:sz w:val="24"/>
          <w:szCs w:val="24"/>
        </w:rPr>
        <w:t xml:space="preserve"> original la </w:t>
      </w:r>
      <w:proofErr w:type="spellStart"/>
      <w:r w:rsidRPr="00230A17">
        <w:rPr>
          <w:sz w:val="24"/>
          <w:szCs w:val="24"/>
        </w:rPr>
        <w:t>sediul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ACoR</w:t>
      </w:r>
      <w:proofErr w:type="spellEnd"/>
      <w:r w:rsidRPr="00230A17">
        <w:rPr>
          <w:sz w:val="24"/>
          <w:szCs w:val="24"/>
        </w:rPr>
        <w:t xml:space="preserve"> </w:t>
      </w:r>
      <w:proofErr w:type="spellStart"/>
      <w:r w:rsidRPr="00230A17">
        <w:rPr>
          <w:sz w:val="24"/>
          <w:szCs w:val="24"/>
        </w:rPr>
        <w:t>Buzău</w:t>
      </w:r>
      <w:proofErr w:type="spellEnd"/>
      <w:r w:rsidRPr="00230A17">
        <w:rPr>
          <w:sz w:val="24"/>
          <w:szCs w:val="24"/>
        </w:rPr>
        <w:t>.</w:t>
      </w:r>
    </w:p>
    <w:p w14:paraId="056FA77B" w14:textId="77777777" w:rsidR="007E4F4D" w:rsidRPr="00230A17" w:rsidRDefault="007E4F4D" w:rsidP="007E4F4D">
      <w:pPr>
        <w:pStyle w:val="ListBullet"/>
        <w:numPr>
          <w:ilvl w:val="0"/>
          <w:numId w:val="0"/>
        </w:numPr>
        <w:ind w:left="360"/>
        <w:rPr>
          <w:sz w:val="24"/>
          <w:szCs w:val="24"/>
        </w:rPr>
      </w:pPr>
    </w:p>
    <w:sectPr w:rsidR="007E4F4D" w:rsidRPr="00230A17" w:rsidSect="00034616">
      <w:footerReference w:type="default" r:id="rId8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18C05" w14:textId="77777777" w:rsidR="005F1E74" w:rsidRDefault="005F1E74">
      <w:pPr>
        <w:spacing w:after="0" w:line="240" w:lineRule="auto"/>
      </w:pPr>
      <w:r>
        <w:separator/>
      </w:r>
    </w:p>
  </w:endnote>
  <w:endnote w:type="continuationSeparator" w:id="0">
    <w:p w14:paraId="5ED87655" w14:textId="77777777" w:rsidR="005F1E74" w:rsidRDefault="005F1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DADFD" w14:textId="77777777" w:rsidR="006A6BC7" w:rsidRDefault="005F1E74">
    <w:pPr>
      <w:pStyle w:val="Footer"/>
    </w:pPr>
    <w:proofErr w:type="spellStart"/>
    <w:r>
      <w:t>Liste</w:t>
    </w:r>
    <w:proofErr w:type="spellEnd"/>
    <w:r>
      <w:t xml:space="preserve"> de </w:t>
    </w:r>
    <w:proofErr w:type="spellStart"/>
    <w:r>
      <w:t>verificare</w:t>
    </w:r>
    <w:proofErr w:type="spellEnd"/>
    <w:r>
      <w:t xml:space="preserve"> </w:t>
    </w:r>
    <w:proofErr w:type="spellStart"/>
    <w:r>
      <w:t>pentru</w:t>
    </w:r>
    <w:proofErr w:type="spellEnd"/>
    <w:r>
      <w:t xml:space="preserve"> </w:t>
    </w:r>
    <w:proofErr w:type="spellStart"/>
    <w:r>
      <w:t>depunerea</w:t>
    </w:r>
    <w:proofErr w:type="spellEnd"/>
    <w:r>
      <w:t xml:space="preserve"> </w:t>
    </w:r>
    <w:proofErr w:type="spellStart"/>
    <w:r>
      <w:t>cererilor</w:t>
    </w:r>
    <w:proofErr w:type="spellEnd"/>
    <w:r>
      <w:t xml:space="preserve"> | 6 </w:t>
    </w:r>
    <w:proofErr w:type="spellStart"/>
    <w:r>
      <w:t>octombrie</w:t>
    </w:r>
    <w:proofErr w:type="spellEnd"/>
    <w: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C9E66" w14:textId="77777777" w:rsidR="005F1E74" w:rsidRDefault="005F1E74">
      <w:pPr>
        <w:spacing w:after="0" w:line="240" w:lineRule="auto"/>
      </w:pPr>
      <w:r>
        <w:separator/>
      </w:r>
    </w:p>
  </w:footnote>
  <w:footnote w:type="continuationSeparator" w:id="0">
    <w:p w14:paraId="74BBB650" w14:textId="77777777" w:rsidR="005F1E74" w:rsidRDefault="005F1E7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951"/>
    <w:rsid w:val="00230A17"/>
    <w:rsid w:val="0029639D"/>
    <w:rsid w:val="00326F90"/>
    <w:rsid w:val="003D709A"/>
    <w:rsid w:val="004E7039"/>
    <w:rsid w:val="005B4674"/>
    <w:rsid w:val="005F1E74"/>
    <w:rsid w:val="006018FE"/>
    <w:rsid w:val="006A6BC7"/>
    <w:rsid w:val="00771AE6"/>
    <w:rsid w:val="00782D65"/>
    <w:rsid w:val="007E4F4D"/>
    <w:rsid w:val="009E3345"/>
    <w:rsid w:val="00AA1D8D"/>
    <w:rsid w:val="00B47730"/>
    <w:rsid w:val="00BF21FF"/>
    <w:rsid w:val="00CB0664"/>
    <w:rsid w:val="00D00A69"/>
    <w:rsid w:val="00D60DA0"/>
    <w:rsid w:val="00E92A73"/>
    <w:rsid w:val="00F833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830FF"/>
  <w14:defaultImageDpi w14:val="300"/>
  <w15:docId w15:val="{132ED48A-144B-4BC0-AEFE-D9C948B20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D374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7C91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80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Prelungirea certificatului de urbanism</dc:title>
  <dc:subject/>
  <dc:creator/>
  <cp:keywords/>
  <dc:description>generated by python-docx</dc:description>
  <cp:lastModifiedBy>Secretariat</cp:lastModifiedBy>
  <cp:revision>8</cp:revision>
  <dcterms:created xsi:type="dcterms:W3CDTF">2013-12-23T23:15:00Z</dcterms:created>
  <dcterms:modified xsi:type="dcterms:W3CDTF">2026-10-29T10:04:00Z</dcterms:modified>
  <cp:category/>
</cp:coreProperties>
</file>