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58704" w14:textId="4BCD65FB" w:rsidR="000B11A1" w:rsidRDefault="00A543C7">
      <w:pPr>
        <w:pStyle w:val="Title"/>
      </w:pPr>
      <w:r>
        <w:t xml:space="preserve"> </w:t>
      </w:r>
      <w:r w:rsidR="00CD5C2A">
        <w:t xml:space="preserve">  </w:t>
      </w:r>
      <w:proofErr w:type="spellStart"/>
      <w:r>
        <w:t>Autorizație</w:t>
      </w:r>
      <w:proofErr w:type="spellEnd"/>
      <w:r>
        <w:t xml:space="preserve"> de </w:t>
      </w:r>
      <w:proofErr w:type="spellStart"/>
      <w:r>
        <w:t>construire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desființare</w:t>
      </w:r>
      <w:proofErr w:type="spellEnd"/>
    </w:p>
    <w:p w14:paraId="59F972E7" w14:textId="187A5F2B" w:rsidR="000B11A1" w:rsidRPr="001F3B7E" w:rsidRDefault="00103D79">
      <w:pPr>
        <w:rPr>
          <w:sz w:val="24"/>
          <w:szCs w:val="24"/>
        </w:rPr>
      </w:pPr>
      <w:proofErr w:type="spellStart"/>
      <w:r w:rsidRPr="001F3B7E">
        <w:rPr>
          <w:sz w:val="24"/>
          <w:szCs w:val="24"/>
        </w:rPr>
        <w:t>Cererea</w:t>
      </w:r>
      <w:proofErr w:type="spellEnd"/>
      <w:r w:rsidRPr="001F3B7E">
        <w:rPr>
          <w:sz w:val="24"/>
          <w:szCs w:val="24"/>
        </w:rPr>
        <w:t xml:space="preserve"> F_A_01 </w:t>
      </w:r>
    </w:p>
    <w:p w14:paraId="51B9E893" w14:textId="77777777" w:rsidR="000B11A1" w:rsidRPr="001F3B7E" w:rsidRDefault="00103D79">
      <w:pPr>
        <w:pStyle w:val="Heading1"/>
        <w:rPr>
          <w:rFonts w:ascii="Aptos" w:hAnsi="Aptos"/>
          <w:sz w:val="24"/>
          <w:szCs w:val="24"/>
        </w:rPr>
      </w:pPr>
      <w:proofErr w:type="spellStart"/>
      <w:r w:rsidRPr="001F3B7E">
        <w:rPr>
          <w:rFonts w:ascii="Aptos" w:hAnsi="Aptos"/>
          <w:sz w:val="24"/>
          <w:szCs w:val="24"/>
        </w:rPr>
        <w:t>Documente</w:t>
      </w:r>
      <w:proofErr w:type="spellEnd"/>
      <w:r w:rsidRPr="001F3B7E">
        <w:rPr>
          <w:rFonts w:ascii="Aptos" w:hAnsi="Aptos"/>
          <w:sz w:val="24"/>
          <w:szCs w:val="24"/>
        </w:rPr>
        <w:t xml:space="preserve"> </w:t>
      </w:r>
      <w:proofErr w:type="spellStart"/>
      <w:r w:rsidRPr="001F3B7E">
        <w:rPr>
          <w:rFonts w:ascii="Aptos" w:hAnsi="Aptos"/>
          <w:sz w:val="24"/>
          <w:szCs w:val="24"/>
        </w:rPr>
        <w:t>și</w:t>
      </w:r>
      <w:proofErr w:type="spellEnd"/>
      <w:r w:rsidRPr="001F3B7E">
        <w:rPr>
          <w:rFonts w:ascii="Aptos" w:hAnsi="Aptos"/>
          <w:sz w:val="24"/>
          <w:szCs w:val="24"/>
        </w:rPr>
        <w:t xml:space="preserve"> </w:t>
      </w:r>
      <w:proofErr w:type="spellStart"/>
      <w:r w:rsidRPr="001F3B7E">
        <w:rPr>
          <w:rFonts w:ascii="Aptos" w:hAnsi="Aptos"/>
          <w:sz w:val="24"/>
          <w:szCs w:val="24"/>
        </w:rPr>
        <w:t>verificări</w:t>
      </w:r>
      <w:proofErr w:type="spellEnd"/>
    </w:p>
    <w:p w14:paraId="641C3561" w14:textId="77777777" w:rsidR="000B11A1" w:rsidRPr="001F3B7E" w:rsidRDefault="00103D79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</w:t>
      </w:r>
      <w:r w:rsidRPr="001F3B7E">
        <w:rPr>
          <w:sz w:val="24"/>
          <w:szCs w:val="24"/>
        </w:rPr>
        <w:t xml:space="preserve">  </w:t>
      </w:r>
      <w:proofErr w:type="spellStart"/>
      <w:r w:rsidRPr="001F3B7E">
        <w:rPr>
          <w:sz w:val="24"/>
          <w:szCs w:val="24"/>
        </w:rPr>
        <w:t>Cererea</w:t>
      </w:r>
      <w:proofErr w:type="spellEnd"/>
      <w:proofErr w:type="gramEnd"/>
      <w:r w:rsidRPr="001F3B7E">
        <w:rPr>
          <w:sz w:val="24"/>
          <w:szCs w:val="24"/>
        </w:rPr>
        <w:t xml:space="preserve"> F_A_01 </w:t>
      </w:r>
      <w:proofErr w:type="spellStart"/>
      <w:r w:rsidRPr="001F3B7E">
        <w:rPr>
          <w:sz w:val="24"/>
          <w:szCs w:val="24"/>
        </w:rPr>
        <w:t>completată</w:t>
      </w:r>
      <w:proofErr w:type="spellEnd"/>
      <w:r w:rsidRPr="001F3B7E">
        <w:rPr>
          <w:sz w:val="24"/>
          <w:szCs w:val="24"/>
        </w:rPr>
        <w:t xml:space="preserve">: solicitant, </w:t>
      </w:r>
      <w:proofErr w:type="spellStart"/>
      <w:r w:rsidRPr="001F3B7E">
        <w:rPr>
          <w:sz w:val="24"/>
          <w:szCs w:val="24"/>
        </w:rPr>
        <w:t>imobil</w:t>
      </w:r>
      <w:proofErr w:type="spellEnd"/>
      <w:r w:rsidRPr="001F3B7E">
        <w:rPr>
          <w:sz w:val="24"/>
          <w:szCs w:val="24"/>
        </w:rPr>
        <w:t xml:space="preserve">, </w:t>
      </w:r>
      <w:proofErr w:type="spellStart"/>
      <w:r w:rsidRPr="001F3B7E">
        <w:rPr>
          <w:sz w:val="24"/>
          <w:szCs w:val="24"/>
        </w:rPr>
        <w:t>lucrare</w:t>
      </w:r>
      <w:proofErr w:type="spellEnd"/>
      <w:r w:rsidRPr="001F3B7E">
        <w:rPr>
          <w:sz w:val="24"/>
          <w:szCs w:val="24"/>
        </w:rPr>
        <w:t xml:space="preserve">, </w:t>
      </w:r>
      <w:proofErr w:type="spellStart"/>
      <w:r w:rsidRPr="001F3B7E">
        <w:rPr>
          <w:sz w:val="24"/>
          <w:szCs w:val="24"/>
        </w:rPr>
        <w:t>proiectant</w:t>
      </w:r>
      <w:proofErr w:type="spellEnd"/>
      <w:r w:rsidRPr="001F3B7E">
        <w:rPr>
          <w:sz w:val="24"/>
          <w:szCs w:val="24"/>
        </w:rPr>
        <w:t xml:space="preserve">, </w:t>
      </w:r>
      <w:proofErr w:type="spellStart"/>
      <w:r w:rsidRPr="001F3B7E">
        <w:rPr>
          <w:sz w:val="24"/>
          <w:szCs w:val="24"/>
        </w:rPr>
        <w:t>valoare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și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durată</w:t>
      </w:r>
      <w:proofErr w:type="spellEnd"/>
      <w:r w:rsidRPr="001F3B7E">
        <w:rPr>
          <w:sz w:val="24"/>
          <w:szCs w:val="24"/>
        </w:rPr>
        <w:t>.</w:t>
      </w:r>
    </w:p>
    <w:p w14:paraId="1378E41C" w14:textId="3FF13673" w:rsidR="005151B0" w:rsidRPr="001F3B7E" w:rsidRDefault="005151B0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 xml:space="preserve">☐  </w:t>
      </w:r>
      <w:proofErr w:type="spellStart"/>
      <w:r w:rsidRPr="001F3B7E">
        <w:rPr>
          <w:sz w:val="24"/>
          <w:szCs w:val="24"/>
        </w:rPr>
        <w:t>Anexa</w:t>
      </w:r>
      <w:proofErr w:type="spellEnd"/>
      <w:proofErr w:type="gramEnd"/>
      <w:r w:rsidRPr="001F3B7E">
        <w:rPr>
          <w:sz w:val="24"/>
          <w:szCs w:val="24"/>
        </w:rPr>
        <w:t xml:space="preserve"> la </w:t>
      </w:r>
      <w:proofErr w:type="spellStart"/>
      <w:r w:rsidRPr="001F3B7E">
        <w:rPr>
          <w:sz w:val="24"/>
          <w:szCs w:val="24"/>
        </w:rPr>
        <w:t>cererea</w:t>
      </w:r>
      <w:proofErr w:type="spellEnd"/>
      <w:r w:rsidRPr="001F3B7E">
        <w:rPr>
          <w:sz w:val="24"/>
          <w:szCs w:val="24"/>
        </w:rPr>
        <w:t xml:space="preserve"> de </w:t>
      </w:r>
      <w:proofErr w:type="spellStart"/>
      <w:r w:rsidRPr="001F3B7E">
        <w:rPr>
          <w:sz w:val="24"/>
          <w:szCs w:val="24"/>
        </w:rPr>
        <w:t>autorizație</w:t>
      </w:r>
      <w:proofErr w:type="spellEnd"/>
      <w:r w:rsidRPr="001F3B7E">
        <w:rPr>
          <w:sz w:val="24"/>
          <w:szCs w:val="24"/>
        </w:rPr>
        <w:t>.</w:t>
      </w:r>
    </w:p>
    <w:p w14:paraId="3AAD424C" w14:textId="6979C039" w:rsidR="00D24493" w:rsidRPr="001F3B7E" w:rsidRDefault="00D24493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 xml:space="preserve">☐  </w:t>
      </w:r>
      <w:proofErr w:type="spellStart"/>
      <w:r w:rsidRPr="001F3B7E">
        <w:rPr>
          <w:sz w:val="24"/>
          <w:szCs w:val="24"/>
        </w:rPr>
        <w:t>Certificatul</w:t>
      </w:r>
      <w:proofErr w:type="spellEnd"/>
      <w:proofErr w:type="gramEnd"/>
      <w:r w:rsidRPr="001F3B7E">
        <w:rPr>
          <w:sz w:val="24"/>
          <w:szCs w:val="24"/>
        </w:rPr>
        <w:t xml:space="preserve"> de urbanism (</w:t>
      </w:r>
      <w:proofErr w:type="spellStart"/>
      <w:r w:rsidRPr="001F3B7E">
        <w:rPr>
          <w:sz w:val="24"/>
          <w:szCs w:val="24"/>
        </w:rPr>
        <w:t>în</w:t>
      </w:r>
      <w:proofErr w:type="spellEnd"/>
      <w:r w:rsidRPr="001F3B7E">
        <w:rPr>
          <w:sz w:val="24"/>
          <w:szCs w:val="24"/>
        </w:rPr>
        <w:t xml:space="preserve"> termen de </w:t>
      </w:r>
      <w:proofErr w:type="spellStart"/>
      <w:r w:rsidRPr="001F3B7E">
        <w:rPr>
          <w:sz w:val="24"/>
          <w:szCs w:val="24"/>
        </w:rPr>
        <w:t>valabilitate</w:t>
      </w:r>
      <w:proofErr w:type="spellEnd"/>
      <w:r w:rsidRPr="001F3B7E">
        <w:rPr>
          <w:sz w:val="24"/>
          <w:szCs w:val="24"/>
        </w:rPr>
        <w:t>).</w:t>
      </w:r>
    </w:p>
    <w:p w14:paraId="2938AC3F" w14:textId="77777777" w:rsidR="000B11A1" w:rsidRPr="001F3B7E" w:rsidRDefault="00103D79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</w:t>
      </w:r>
      <w:r w:rsidRPr="001F3B7E">
        <w:rPr>
          <w:sz w:val="24"/>
          <w:szCs w:val="24"/>
        </w:rPr>
        <w:t xml:space="preserve">  Extras</w:t>
      </w:r>
      <w:proofErr w:type="gramEnd"/>
      <w:r w:rsidRPr="001F3B7E">
        <w:rPr>
          <w:sz w:val="24"/>
          <w:szCs w:val="24"/>
        </w:rPr>
        <w:t xml:space="preserve"> de plan cadastral </w:t>
      </w:r>
      <w:proofErr w:type="spellStart"/>
      <w:r w:rsidRPr="001F3B7E">
        <w:rPr>
          <w:sz w:val="24"/>
          <w:szCs w:val="24"/>
        </w:rPr>
        <w:t>și</w:t>
      </w:r>
      <w:proofErr w:type="spellEnd"/>
      <w:r w:rsidRPr="001F3B7E">
        <w:rPr>
          <w:sz w:val="24"/>
          <w:szCs w:val="24"/>
        </w:rPr>
        <w:t xml:space="preserve"> extras CF </w:t>
      </w:r>
      <w:proofErr w:type="spellStart"/>
      <w:r w:rsidRPr="001F3B7E">
        <w:rPr>
          <w:sz w:val="24"/>
          <w:szCs w:val="24"/>
        </w:rPr>
        <w:t>actualizate</w:t>
      </w:r>
      <w:proofErr w:type="spellEnd"/>
      <w:r w:rsidRPr="001F3B7E">
        <w:rPr>
          <w:sz w:val="24"/>
          <w:szCs w:val="24"/>
        </w:rPr>
        <w:t xml:space="preserve">, </w:t>
      </w:r>
      <w:proofErr w:type="spellStart"/>
      <w:r w:rsidRPr="001F3B7E">
        <w:rPr>
          <w:sz w:val="24"/>
          <w:szCs w:val="24"/>
        </w:rPr>
        <w:t>fiecare</w:t>
      </w:r>
      <w:proofErr w:type="spellEnd"/>
      <w:r w:rsidRPr="001F3B7E">
        <w:rPr>
          <w:sz w:val="24"/>
          <w:szCs w:val="24"/>
        </w:rPr>
        <w:t xml:space="preserve"> nu </w:t>
      </w:r>
      <w:proofErr w:type="spellStart"/>
      <w:r w:rsidRPr="001F3B7E">
        <w:rPr>
          <w:sz w:val="24"/>
          <w:szCs w:val="24"/>
        </w:rPr>
        <w:t>mai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vechi</w:t>
      </w:r>
      <w:proofErr w:type="spellEnd"/>
      <w:r w:rsidRPr="001F3B7E">
        <w:rPr>
          <w:sz w:val="24"/>
          <w:szCs w:val="24"/>
        </w:rPr>
        <w:t xml:space="preserve"> de 30 de </w:t>
      </w:r>
      <w:proofErr w:type="spellStart"/>
      <w:r w:rsidRPr="001F3B7E">
        <w:rPr>
          <w:sz w:val="24"/>
          <w:szCs w:val="24"/>
        </w:rPr>
        <w:t>zile</w:t>
      </w:r>
      <w:proofErr w:type="spellEnd"/>
      <w:r w:rsidRPr="001F3B7E">
        <w:rPr>
          <w:sz w:val="24"/>
          <w:szCs w:val="24"/>
        </w:rPr>
        <w:t>.</w:t>
      </w:r>
    </w:p>
    <w:p w14:paraId="7E34B6D6" w14:textId="77777777" w:rsidR="000B11A1" w:rsidRPr="001F3B7E" w:rsidRDefault="00103D79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</w:t>
      </w:r>
      <w:r w:rsidRPr="001F3B7E">
        <w:rPr>
          <w:sz w:val="24"/>
          <w:szCs w:val="24"/>
        </w:rPr>
        <w:t xml:space="preserve">  </w:t>
      </w:r>
      <w:proofErr w:type="spellStart"/>
      <w:r w:rsidRPr="001F3B7E">
        <w:rPr>
          <w:sz w:val="24"/>
          <w:szCs w:val="24"/>
        </w:rPr>
        <w:t>Documente</w:t>
      </w:r>
      <w:proofErr w:type="spellEnd"/>
      <w:proofErr w:type="gram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privind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dreptul</w:t>
      </w:r>
      <w:proofErr w:type="spellEnd"/>
      <w:r w:rsidRPr="001F3B7E">
        <w:rPr>
          <w:sz w:val="24"/>
          <w:szCs w:val="24"/>
        </w:rPr>
        <w:t xml:space="preserve"> de </w:t>
      </w:r>
      <w:proofErr w:type="spellStart"/>
      <w:r w:rsidRPr="001F3B7E">
        <w:rPr>
          <w:sz w:val="24"/>
          <w:szCs w:val="24"/>
        </w:rPr>
        <w:t>proprietat</w:t>
      </w:r>
      <w:r w:rsidRPr="001F3B7E">
        <w:rPr>
          <w:sz w:val="24"/>
          <w:szCs w:val="24"/>
        </w:rPr>
        <w:t>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sau</w:t>
      </w:r>
      <w:proofErr w:type="spellEnd"/>
      <w:r w:rsidRPr="001F3B7E">
        <w:rPr>
          <w:sz w:val="24"/>
          <w:szCs w:val="24"/>
        </w:rPr>
        <w:t xml:space="preserve"> alt </w:t>
      </w:r>
      <w:proofErr w:type="spellStart"/>
      <w:r w:rsidRPr="001F3B7E">
        <w:rPr>
          <w:sz w:val="24"/>
          <w:szCs w:val="24"/>
        </w:rPr>
        <w:t>drept</w:t>
      </w:r>
      <w:proofErr w:type="spellEnd"/>
      <w:r w:rsidRPr="001F3B7E">
        <w:rPr>
          <w:sz w:val="24"/>
          <w:szCs w:val="24"/>
        </w:rPr>
        <w:t xml:space="preserve"> care </w:t>
      </w:r>
      <w:proofErr w:type="spellStart"/>
      <w:r w:rsidRPr="001F3B7E">
        <w:rPr>
          <w:sz w:val="24"/>
          <w:szCs w:val="24"/>
        </w:rPr>
        <w:t>permite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construirea</w:t>
      </w:r>
      <w:proofErr w:type="spellEnd"/>
      <w:r w:rsidRPr="001F3B7E">
        <w:rPr>
          <w:sz w:val="24"/>
          <w:szCs w:val="24"/>
        </w:rPr>
        <w:t xml:space="preserve">, </w:t>
      </w:r>
      <w:proofErr w:type="spellStart"/>
      <w:r w:rsidRPr="001F3B7E">
        <w:rPr>
          <w:sz w:val="24"/>
          <w:szCs w:val="24"/>
        </w:rPr>
        <w:t>dacă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dreptul</w:t>
      </w:r>
      <w:proofErr w:type="spellEnd"/>
      <w:r w:rsidRPr="001F3B7E">
        <w:rPr>
          <w:sz w:val="24"/>
          <w:szCs w:val="24"/>
        </w:rPr>
        <w:t xml:space="preserve"> nu </w:t>
      </w:r>
      <w:proofErr w:type="spellStart"/>
      <w:r w:rsidRPr="001F3B7E">
        <w:rPr>
          <w:sz w:val="24"/>
          <w:szCs w:val="24"/>
        </w:rPr>
        <w:t>este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confirmat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în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extrasul</w:t>
      </w:r>
      <w:proofErr w:type="spellEnd"/>
      <w:r w:rsidRPr="001F3B7E">
        <w:rPr>
          <w:sz w:val="24"/>
          <w:szCs w:val="24"/>
        </w:rPr>
        <w:t xml:space="preserve"> CF </w:t>
      </w:r>
      <w:proofErr w:type="spellStart"/>
      <w:r w:rsidRPr="001F3B7E">
        <w:rPr>
          <w:sz w:val="24"/>
          <w:szCs w:val="24"/>
        </w:rPr>
        <w:t>ori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trebuie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justificat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separat</w:t>
      </w:r>
      <w:proofErr w:type="spellEnd"/>
      <w:r w:rsidRPr="001F3B7E">
        <w:rPr>
          <w:sz w:val="24"/>
          <w:szCs w:val="24"/>
        </w:rPr>
        <w:t>.</w:t>
      </w:r>
    </w:p>
    <w:p w14:paraId="47573AA9" w14:textId="77777777" w:rsidR="000B11A1" w:rsidRPr="001F3B7E" w:rsidRDefault="00103D79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</w:t>
      </w:r>
      <w:r w:rsidRPr="001F3B7E">
        <w:rPr>
          <w:sz w:val="24"/>
          <w:szCs w:val="24"/>
        </w:rPr>
        <w:t xml:space="preserve">  </w:t>
      </w:r>
      <w:proofErr w:type="spellStart"/>
      <w:r w:rsidRPr="001F3B7E">
        <w:rPr>
          <w:sz w:val="24"/>
          <w:szCs w:val="24"/>
        </w:rPr>
        <w:t>Pentru</w:t>
      </w:r>
      <w:proofErr w:type="spellEnd"/>
      <w:proofErr w:type="gram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clădiri</w:t>
      </w:r>
      <w:proofErr w:type="spellEnd"/>
      <w:r w:rsidRPr="001F3B7E">
        <w:rPr>
          <w:sz w:val="24"/>
          <w:szCs w:val="24"/>
        </w:rPr>
        <w:t xml:space="preserve">: </w:t>
      </w:r>
      <w:proofErr w:type="spellStart"/>
      <w:r w:rsidRPr="001F3B7E">
        <w:rPr>
          <w:sz w:val="24"/>
          <w:szCs w:val="24"/>
        </w:rPr>
        <w:t>dovada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luării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în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evidență</w:t>
      </w:r>
      <w:proofErr w:type="spellEnd"/>
      <w:r w:rsidRPr="001F3B7E">
        <w:rPr>
          <w:sz w:val="24"/>
          <w:szCs w:val="24"/>
        </w:rPr>
        <w:t xml:space="preserve"> a </w:t>
      </w:r>
      <w:proofErr w:type="spellStart"/>
      <w:r w:rsidRPr="001F3B7E">
        <w:rPr>
          <w:sz w:val="24"/>
          <w:szCs w:val="24"/>
        </w:rPr>
        <w:t>proiectului</w:t>
      </w:r>
      <w:proofErr w:type="spellEnd"/>
      <w:r w:rsidRPr="001F3B7E">
        <w:rPr>
          <w:sz w:val="24"/>
          <w:szCs w:val="24"/>
        </w:rPr>
        <w:t xml:space="preserve"> la OAR.</w:t>
      </w:r>
    </w:p>
    <w:p w14:paraId="7872363D" w14:textId="77777777" w:rsidR="000B11A1" w:rsidRPr="001F3B7E" w:rsidRDefault="00103D79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</w:t>
      </w:r>
      <w:r w:rsidRPr="001F3B7E">
        <w:rPr>
          <w:sz w:val="24"/>
          <w:szCs w:val="24"/>
        </w:rPr>
        <w:t xml:space="preserve">  </w:t>
      </w:r>
      <w:proofErr w:type="spellStart"/>
      <w:r w:rsidRPr="001F3B7E">
        <w:rPr>
          <w:sz w:val="24"/>
          <w:szCs w:val="24"/>
        </w:rPr>
        <w:t>Proiectul</w:t>
      </w:r>
      <w:proofErr w:type="spellEnd"/>
      <w:proofErr w:type="gram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pentru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autorizare</w:t>
      </w:r>
      <w:proofErr w:type="spellEnd"/>
      <w:r w:rsidRPr="001F3B7E">
        <w:rPr>
          <w:sz w:val="24"/>
          <w:szCs w:val="24"/>
        </w:rPr>
        <w:t xml:space="preserve"> (PAC/PAD), </w:t>
      </w:r>
      <w:proofErr w:type="spellStart"/>
      <w:r w:rsidRPr="001F3B7E">
        <w:rPr>
          <w:sz w:val="24"/>
          <w:szCs w:val="24"/>
        </w:rPr>
        <w:t>întocmit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și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semnat</w:t>
      </w:r>
      <w:proofErr w:type="spellEnd"/>
      <w:r w:rsidRPr="001F3B7E">
        <w:rPr>
          <w:sz w:val="24"/>
          <w:szCs w:val="24"/>
        </w:rPr>
        <w:t xml:space="preserve"> de </w:t>
      </w:r>
      <w:proofErr w:type="spellStart"/>
      <w:r w:rsidRPr="001F3B7E">
        <w:rPr>
          <w:sz w:val="24"/>
          <w:szCs w:val="24"/>
        </w:rPr>
        <w:t>speci</w:t>
      </w:r>
      <w:r w:rsidRPr="001F3B7E">
        <w:rPr>
          <w:sz w:val="24"/>
          <w:szCs w:val="24"/>
        </w:rPr>
        <w:t>aliștii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competenți</w:t>
      </w:r>
      <w:proofErr w:type="spellEnd"/>
      <w:r w:rsidRPr="001F3B7E">
        <w:rPr>
          <w:sz w:val="24"/>
          <w:szCs w:val="24"/>
        </w:rPr>
        <w:t xml:space="preserve">, plus </w:t>
      </w:r>
      <w:proofErr w:type="spellStart"/>
      <w:r w:rsidRPr="001F3B7E">
        <w:rPr>
          <w:sz w:val="24"/>
          <w:szCs w:val="24"/>
        </w:rPr>
        <w:t>referatele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verificatorilor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atestați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pentru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cerințele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aplicabile</w:t>
      </w:r>
      <w:proofErr w:type="spellEnd"/>
      <w:r w:rsidRPr="001F3B7E">
        <w:rPr>
          <w:sz w:val="24"/>
          <w:szCs w:val="24"/>
        </w:rPr>
        <w:t>.</w:t>
      </w:r>
    </w:p>
    <w:p w14:paraId="44B86C5F" w14:textId="134E86F5" w:rsidR="000C29EF" w:rsidRPr="001F3B7E" w:rsidRDefault="000C29EF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 xml:space="preserve">☐  </w:t>
      </w:r>
      <w:proofErr w:type="spellStart"/>
      <w:r w:rsidRPr="001F3B7E">
        <w:rPr>
          <w:sz w:val="24"/>
          <w:szCs w:val="24"/>
        </w:rPr>
        <w:t>Expertiză</w:t>
      </w:r>
      <w:proofErr w:type="spellEnd"/>
      <w:proofErr w:type="gram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tehnică</w:t>
      </w:r>
      <w:proofErr w:type="spellEnd"/>
      <w:r w:rsidRPr="001F3B7E">
        <w:rPr>
          <w:sz w:val="24"/>
          <w:szCs w:val="24"/>
        </w:rPr>
        <w:t xml:space="preserve"> (</w:t>
      </w:r>
      <w:proofErr w:type="spellStart"/>
      <w:r w:rsidRPr="001F3B7E">
        <w:rPr>
          <w:sz w:val="24"/>
          <w:szCs w:val="24"/>
        </w:rPr>
        <w:t>dacă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este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cazul</w:t>
      </w:r>
      <w:proofErr w:type="spellEnd"/>
      <w:r w:rsidRPr="001F3B7E">
        <w:rPr>
          <w:sz w:val="24"/>
          <w:szCs w:val="24"/>
        </w:rPr>
        <w:t>).</w:t>
      </w:r>
    </w:p>
    <w:p w14:paraId="5097C1FD" w14:textId="77777777" w:rsidR="000B11A1" w:rsidRPr="001F3B7E" w:rsidRDefault="00103D79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</w:t>
      </w:r>
      <w:r w:rsidRPr="001F3B7E">
        <w:rPr>
          <w:sz w:val="24"/>
          <w:szCs w:val="24"/>
        </w:rPr>
        <w:t xml:space="preserve">  </w:t>
      </w:r>
      <w:proofErr w:type="spellStart"/>
      <w:r w:rsidRPr="001F3B7E">
        <w:rPr>
          <w:sz w:val="24"/>
          <w:szCs w:val="24"/>
        </w:rPr>
        <w:t>Avizele</w:t>
      </w:r>
      <w:proofErr w:type="spellEnd"/>
      <w:proofErr w:type="gram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și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acordurile</w:t>
      </w:r>
      <w:proofErr w:type="spellEnd"/>
      <w:r w:rsidRPr="001F3B7E">
        <w:rPr>
          <w:sz w:val="24"/>
          <w:szCs w:val="24"/>
        </w:rPr>
        <w:t xml:space="preserve"> din </w:t>
      </w:r>
      <w:proofErr w:type="spellStart"/>
      <w:r w:rsidRPr="001F3B7E">
        <w:rPr>
          <w:sz w:val="24"/>
          <w:szCs w:val="24"/>
        </w:rPr>
        <w:t>certificatul</w:t>
      </w:r>
      <w:proofErr w:type="spellEnd"/>
      <w:r w:rsidRPr="001F3B7E">
        <w:rPr>
          <w:sz w:val="24"/>
          <w:szCs w:val="24"/>
        </w:rPr>
        <w:t xml:space="preserve"> de urbanism, </w:t>
      </w:r>
      <w:proofErr w:type="spellStart"/>
      <w:r w:rsidRPr="001F3B7E">
        <w:rPr>
          <w:sz w:val="24"/>
          <w:szCs w:val="24"/>
        </w:rPr>
        <w:t>inclusiv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documentațiile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pentru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Comisia</w:t>
      </w:r>
      <w:proofErr w:type="spellEnd"/>
      <w:r w:rsidRPr="001F3B7E">
        <w:rPr>
          <w:sz w:val="24"/>
          <w:szCs w:val="24"/>
        </w:rPr>
        <w:t xml:space="preserve"> de </w:t>
      </w:r>
      <w:proofErr w:type="spellStart"/>
      <w:r w:rsidRPr="001F3B7E">
        <w:rPr>
          <w:sz w:val="24"/>
          <w:szCs w:val="24"/>
        </w:rPr>
        <w:t>acord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unic</w:t>
      </w:r>
      <w:proofErr w:type="spellEnd"/>
      <w:r w:rsidRPr="001F3B7E">
        <w:rPr>
          <w:sz w:val="24"/>
          <w:szCs w:val="24"/>
        </w:rPr>
        <w:t xml:space="preserve">, </w:t>
      </w:r>
      <w:proofErr w:type="spellStart"/>
      <w:r w:rsidRPr="001F3B7E">
        <w:rPr>
          <w:sz w:val="24"/>
          <w:szCs w:val="24"/>
        </w:rPr>
        <w:t>dacă</w:t>
      </w:r>
      <w:proofErr w:type="spellEnd"/>
      <w:r w:rsidRPr="001F3B7E">
        <w:rPr>
          <w:sz w:val="24"/>
          <w:szCs w:val="24"/>
        </w:rPr>
        <w:t xml:space="preserve"> se </w:t>
      </w:r>
      <w:proofErr w:type="spellStart"/>
      <w:r w:rsidRPr="001F3B7E">
        <w:rPr>
          <w:sz w:val="24"/>
          <w:szCs w:val="24"/>
        </w:rPr>
        <w:t>aplică</w:t>
      </w:r>
      <w:proofErr w:type="spellEnd"/>
      <w:r w:rsidRPr="001F3B7E">
        <w:rPr>
          <w:sz w:val="24"/>
          <w:szCs w:val="24"/>
        </w:rPr>
        <w:t>.</w:t>
      </w:r>
    </w:p>
    <w:p w14:paraId="68F9DC40" w14:textId="77777777" w:rsidR="000B11A1" w:rsidRPr="001F3B7E" w:rsidRDefault="00103D79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</w:t>
      </w:r>
      <w:r w:rsidRPr="001F3B7E">
        <w:rPr>
          <w:sz w:val="24"/>
          <w:szCs w:val="24"/>
        </w:rPr>
        <w:t xml:space="preserve">  </w:t>
      </w:r>
      <w:proofErr w:type="spellStart"/>
      <w:r w:rsidRPr="001F3B7E">
        <w:rPr>
          <w:sz w:val="24"/>
          <w:szCs w:val="24"/>
        </w:rPr>
        <w:t>Actul</w:t>
      </w:r>
      <w:proofErr w:type="spellEnd"/>
      <w:proofErr w:type="gramEnd"/>
      <w:r w:rsidRPr="001F3B7E">
        <w:rPr>
          <w:sz w:val="24"/>
          <w:szCs w:val="24"/>
        </w:rPr>
        <w:t>/</w:t>
      </w:r>
      <w:proofErr w:type="spellStart"/>
      <w:r w:rsidRPr="001F3B7E">
        <w:rPr>
          <w:sz w:val="24"/>
          <w:szCs w:val="24"/>
        </w:rPr>
        <w:t>punctul</w:t>
      </w:r>
      <w:proofErr w:type="spellEnd"/>
      <w:r w:rsidRPr="001F3B7E">
        <w:rPr>
          <w:sz w:val="24"/>
          <w:szCs w:val="24"/>
        </w:rPr>
        <w:t xml:space="preserve"> de </w:t>
      </w:r>
      <w:proofErr w:type="spellStart"/>
      <w:r w:rsidRPr="001F3B7E">
        <w:rPr>
          <w:sz w:val="24"/>
          <w:szCs w:val="24"/>
        </w:rPr>
        <w:t>vedere</w:t>
      </w:r>
      <w:proofErr w:type="spellEnd"/>
      <w:r w:rsidRPr="001F3B7E">
        <w:rPr>
          <w:sz w:val="24"/>
          <w:szCs w:val="24"/>
        </w:rPr>
        <w:t xml:space="preserve"> de </w:t>
      </w:r>
      <w:proofErr w:type="spellStart"/>
      <w:r w:rsidRPr="001F3B7E">
        <w:rPr>
          <w:sz w:val="24"/>
          <w:szCs w:val="24"/>
        </w:rPr>
        <w:t>mediu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și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acordul</w:t>
      </w:r>
      <w:proofErr w:type="spellEnd"/>
      <w:r w:rsidRPr="001F3B7E">
        <w:rPr>
          <w:sz w:val="24"/>
          <w:szCs w:val="24"/>
        </w:rPr>
        <w:t xml:space="preserve"> de </w:t>
      </w:r>
      <w:proofErr w:type="spellStart"/>
      <w:r w:rsidRPr="001F3B7E">
        <w:rPr>
          <w:sz w:val="24"/>
          <w:szCs w:val="24"/>
        </w:rPr>
        <w:t>mediu</w:t>
      </w:r>
      <w:proofErr w:type="spellEnd"/>
      <w:r w:rsidRPr="001F3B7E">
        <w:rPr>
          <w:sz w:val="24"/>
          <w:szCs w:val="24"/>
        </w:rPr>
        <w:t xml:space="preserve">, </w:t>
      </w:r>
      <w:proofErr w:type="spellStart"/>
      <w:r w:rsidRPr="001F3B7E">
        <w:rPr>
          <w:sz w:val="24"/>
          <w:szCs w:val="24"/>
        </w:rPr>
        <w:t>dacă</w:t>
      </w:r>
      <w:proofErr w:type="spellEnd"/>
      <w:r w:rsidRPr="001F3B7E">
        <w:rPr>
          <w:sz w:val="24"/>
          <w:szCs w:val="24"/>
        </w:rPr>
        <w:t xml:space="preserve"> sunt </w:t>
      </w:r>
      <w:proofErr w:type="spellStart"/>
      <w:r w:rsidRPr="001F3B7E">
        <w:rPr>
          <w:sz w:val="24"/>
          <w:szCs w:val="24"/>
        </w:rPr>
        <w:t>necesare</w:t>
      </w:r>
      <w:proofErr w:type="spellEnd"/>
      <w:r w:rsidRPr="001F3B7E">
        <w:rPr>
          <w:sz w:val="24"/>
          <w:szCs w:val="24"/>
        </w:rPr>
        <w:t xml:space="preserve">; </w:t>
      </w:r>
      <w:proofErr w:type="spellStart"/>
      <w:r w:rsidRPr="001F3B7E">
        <w:rPr>
          <w:sz w:val="24"/>
          <w:szCs w:val="24"/>
        </w:rPr>
        <w:t>expertiza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și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raportul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privind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vecinătățile</w:t>
      </w:r>
      <w:proofErr w:type="spellEnd"/>
      <w:r w:rsidRPr="001F3B7E">
        <w:rPr>
          <w:sz w:val="24"/>
          <w:szCs w:val="24"/>
        </w:rPr>
        <w:t xml:space="preserve">, </w:t>
      </w:r>
      <w:proofErr w:type="spellStart"/>
      <w:r w:rsidRPr="001F3B7E">
        <w:rPr>
          <w:sz w:val="24"/>
          <w:szCs w:val="24"/>
        </w:rPr>
        <w:t>dacă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este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cazul</w:t>
      </w:r>
      <w:proofErr w:type="spellEnd"/>
      <w:r w:rsidRPr="001F3B7E">
        <w:rPr>
          <w:sz w:val="24"/>
          <w:szCs w:val="24"/>
        </w:rPr>
        <w:t>.</w:t>
      </w:r>
    </w:p>
    <w:p w14:paraId="54837F2E" w14:textId="77777777" w:rsidR="000B11A1" w:rsidRPr="001F3B7E" w:rsidRDefault="00103D79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</w:t>
      </w:r>
      <w:r w:rsidRPr="001F3B7E">
        <w:rPr>
          <w:sz w:val="24"/>
          <w:szCs w:val="24"/>
        </w:rPr>
        <w:t xml:space="preserve">  </w:t>
      </w:r>
      <w:proofErr w:type="spellStart"/>
      <w:r w:rsidRPr="001F3B7E">
        <w:rPr>
          <w:sz w:val="24"/>
          <w:szCs w:val="24"/>
        </w:rPr>
        <w:t>Deviz</w:t>
      </w:r>
      <w:proofErr w:type="spellEnd"/>
      <w:proofErr w:type="gramEnd"/>
      <w:r w:rsidRPr="001F3B7E">
        <w:rPr>
          <w:sz w:val="24"/>
          <w:szCs w:val="24"/>
        </w:rPr>
        <w:t xml:space="preserve"> general, </w:t>
      </w:r>
      <w:proofErr w:type="spellStart"/>
      <w:r w:rsidRPr="001F3B7E">
        <w:rPr>
          <w:sz w:val="24"/>
          <w:szCs w:val="24"/>
        </w:rPr>
        <w:t>valoarea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și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durata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lucrărilor</w:t>
      </w:r>
      <w:proofErr w:type="spellEnd"/>
      <w:r w:rsidRPr="001F3B7E">
        <w:rPr>
          <w:sz w:val="24"/>
          <w:szCs w:val="24"/>
        </w:rPr>
        <w:t xml:space="preserve">; </w:t>
      </w:r>
      <w:proofErr w:type="spellStart"/>
      <w:r w:rsidRPr="001F3B7E">
        <w:rPr>
          <w:sz w:val="24"/>
          <w:szCs w:val="24"/>
        </w:rPr>
        <w:t>documente</w:t>
      </w:r>
      <w:proofErr w:type="spellEnd"/>
      <w:r w:rsidRPr="001F3B7E">
        <w:rPr>
          <w:sz w:val="24"/>
          <w:szCs w:val="24"/>
        </w:rPr>
        <w:t xml:space="preserve"> de </w:t>
      </w:r>
      <w:proofErr w:type="spellStart"/>
      <w:r w:rsidRPr="001F3B7E">
        <w:rPr>
          <w:sz w:val="24"/>
          <w:szCs w:val="24"/>
        </w:rPr>
        <w:t>plată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pentru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taxele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aplicabile</w:t>
      </w:r>
      <w:proofErr w:type="spellEnd"/>
      <w:r w:rsidRPr="001F3B7E">
        <w:rPr>
          <w:sz w:val="24"/>
          <w:szCs w:val="24"/>
        </w:rPr>
        <w:t>.</w:t>
      </w:r>
    </w:p>
    <w:p w14:paraId="2C79FD27" w14:textId="77777777" w:rsidR="005151B0" w:rsidRPr="001F3B7E" w:rsidRDefault="00103D79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</w:t>
      </w:r>
      <w:r w:rsidRPr="001F3B7E">
        <w:rPr>
          <w:sz w:val="24"/>
          <w:szCs w:val="24"/>
        </w:rPr>
        <w:t xml:space="preserve">  </w:t>
      </w:r>
      <w:proofErr w:type="spellStart"/>
      <w:r w:rsidRPr="001F3B7E">
        <w:rPr>
          <w:sz w:val="24"/>
          <w:szCs w:val="24"/>
        </w:rPr>
        <w:t>Doar</w:t>
      </w:r>
      <w:proofErr w:type="spellEnd"/>
      <w:proofErr w:type="gram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dacă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invocați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avi</w:t>
      </w:r>
      <w:r w:rsidRPr="001F3B7E">
        <w:rPr>
          <w:sz w:val="24"/>
          <w:szCs w:val="24"/>
        </w:rPr>
        <w:t>z</w:t>
      </w:r>
      <w:proofErr w:type="spellEnd"/>
      <w:r w:rsidRPr="001F3B7E">
        <w:rPr>
          <w:sz w:val="24"/>
          <w:szCs w:val="24"/>
        </w:rPr>
        <w:t xml:space="preserve"> tacit: </w:t>
      </w:r>
      <w:proofErr w:type="spellStart"/>
      <w:r w:rsidRPr="001F3B7E">
        <w:rPr>
          <w:sz w:val="24"/>
          <w:szCs w:val="24"/>
        </w:rPr>
        <w:t>declarația</w:t>
      </w:r>
      <w:proofErr w:type="spellEnd"/>
      <w:r w:rsidRPr="001F3B7E">
        <w:rPr>
          <w:sz w:val="24"/>
          <w:szCs w:val="24"/>
        </w:rPr>
        <w:t xml:space="preserve"> F_A_03 </w:t>
      </w:r>
      <w:proofErr w:type="spellStart"/>
      <w:r w:rsidRPr="001F3B7E">
        <w:rPr>
          <w:sz w:val="24"/>
          <w:szCs w:val="24"/>
        </w:rPr>
        <w:t>și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dovezile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depunerii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cererii</w:t>
      </w:r>
      <w:proofErr w:type="spellEnd"/>
      <w:r w:rsidRPr="001F3B7E">
        <w:rPr>
          <w:sz w:val="24"/>
          <w:szCs w:val="24"/>
        </w:rPr>
        <w:t>/</w:t>
      </w:r>
      <w:proofErr w:type="spellStart"/>
      <w:r w:rsidRPr="001F3B7E">
        <w:rPr>
          <w:sz w:val="24"/>
          <w:szCs w:val="24"/>
        </w:rPr>
        <w:t>răspunsurilor</w:t>
      </w:r>
      <w:proofErr w:type="spellEnd"/>
      <w:r w:rsidRPr="001F3B7E">
        <w:rPr>
          <w:sz w:val="24"/>
          <w:szCs w:val="24"/>
        </w:rPr>
        <w:t xml:space="preserve">. </w:t>
      </w:r>
    </w:p>
    <w:p w14:paraId="53B2F22F" w14:textId="424E67D7" w:rsidR="000B11A1" w:rsidRPr="001F3B7E" w:rsidRDefault="005151B0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 xml:space="preserve">☐  </w:t>
      </w:r>
      <w:proofErr w:type="spellStart"/>
      <w:r w:rsidRPr="001F3B7E">
        <w:rPr>
          <w:sz w:val="24"/>
          <w:szCs w:val="24"/>
        </w:rPr>
        <w:t>Acordul</w:t>
      </w:r>
      <w:proofErr w:type="spellEnd"/>
      <w:proofErr w:type="gram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vecinilor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autentificat</w:t>
      </w:r>
      <w:proofErr w:type="spellEnd"/>
      <w:r w:rsidRPr="001F3B7E">
        <w:rPr>
          <w:sz w:val="24"/>
          <w:szCs w:val="24"/>
        </w:rPr>
        <w:t xml:space="preserve"> se </w:t>
      </w:r>
      <w:proofErr w:type="spellStart"/>
      <w:r w:rsidRPr="001F3B7E">
        <w:rPr>
          <w:sz w:val="24"/>
          <w:szCs w:val="24"/>
        </w:rPr>
        <w:t>atașează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când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expertiza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indică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intervenții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pentru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siguranța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clădirilor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vecine</w:t>
      </w:r>
      <w:proofErr w:type="spellEnd"/>
      <w:r w:rsidRPr="001F3B7E">
        <w:rPr>
          <w:sz w:val="24"/>
          <w:szCs w:val="24"/>
        </w:rPr>
        <w:t>.</w:t>
      </w:r>
    </w:p>
    <w:p w14:paraId="5F083CA6" w14:textId="794E9D00" w:rsidR="000C29EF" w:rsidRPr="001F3B7E" w:rsidRDefault="000C29EF" w:rsidP="000C29EF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 xml:space="preserve">☐  </w:t>
      </w:r>
      <w:proofErr w:type="spellStart"/>
      <w:r w:rsidRPr="001F3B7E">
        <w:rPr>
          <w:sz w:val="24"/>
          <w:szCs w:val="24"/>
        </w:rPr>
        <w:t>Dovadă</w:t>
      </w:r>
      <w:proofErr w:type="spellEnd"/>
      <w:proofErr w:type="gram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achitare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taxă</w:t>
      </w:r>
      <w:proofErr w:type="spellEnd"/>
      <w:r w:rsidRPr="001F3B7E">
        <w:rPr>
          <w:sz w:val="24"/>
          <w:szCs w:val="24"/>
        </w:rPr>
        <w:t xml:space="preserve">. </w:t>
      </w:r>
    </w:p>
    <w:p w14:paraId="7376FB31" w14:textId="7DDDFFA7" w:rsidR="005151B0" w:rsidRDefault="005151B0">
      <w:pPr>
        <w:pStyle w:val="ListBullet"/>
        <w:rPr>
          <w:sz w:val="24"/>
          <w:szCs w:val="24"/>
        </w:rPr>
      </w:pPr>
      <w:proofErr w:type="gramStart"/>
      <w:r w:rsidRPr="001F3B7E">
        <w:rPr>
          <w:sz w:val="24"/>
          <w:szCs w:val="24"/>
        </w:rPr>
        <w:t>☐  Alte</w:t>
      </w:r>
      <w:proofErr w:type="gram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Documente</w:t>
      </w:r>
      <w:proofErr w:type="spellEnd"/>
      <w:r w:rsidRPr="001F3B7E">
        <w:rPr>
          <w:sz w:val="24"/>
          <w:szCs w:val="24"/>
        </w:rPr>
        <w:t xml:space="preserve"> (ex. </w:t>
      </w:r>
      <w:proofErr w:type="spellStart"/>
      <w:r w:rsidRPr="001F3B7E">
        <w:rPr>
          <w:sz w:val="24"/>
          <w:szCs w:val="24"/>
        </w:rPr>
        <w:t>Diplome</w:t>
      </w:r>
      <w:proofErr w:type="spellEnd"/>
      <w:r w:rsidRPr="001F3B7E">
        <w:rPr>
          <w:sz w:val="24"/>
          <w:szCs w:val="24"/>
        </w:rPr>
        <w:t xml:space="preserve"> </w:t>
      </w:r>
      <w:proofErr w:type="spellStart"/>
      <w:r w:rsidRPr="001F3B7E">
        <w:rPr>
          <w:sz w:val="24"/>
          <w:szCs w:val="24"/>
        </w:rPr>
        <w:t>proiectanți</w:t>
      </w:r>
      <w:proofErr w:type="spellEnd"/>
      <w:r w:rsidRPr="001F3B7E">
        <w:rPr>
          <w:sz w:val="24"/>
          <w:szCs w:val="24"/>
        </w:rPr>
        <w:t>).</w:t>
      </w:r>
    </w:p>
    <w:p w14:paraId="67CFFC00" w14:textId="77777777" w:rsidR="008A3814" w:rsidRDefault="008A3814" w:rsidP="008A3814">
      <w:pPr>
        <w:pStyle w:val="ListBullet"/>
        <w:numPr>
          <w:ilvl w:val="0"/>
          <w:numId w:val="0"/>
        </w:numPr>
        <w:ind w:left="360"/>
        <w:rPr>
          <w:sz w:val="24"/>
          <w:szCs w:val="24"/>
        </w:rPr>
      </w:pPr>
    </w:p>
    <w:sectPr w:rsidR="008A3814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85E2D" w14:textId="77777777" w:rsidR="00103D79" w:rsidRDefault="00103D79">
      <w:pPr>
        <w:spacing w:after="0" w:line="240" w:lineRule="auto"/>
      </w:pPr>
      <w:r>
        <w:separator/>
      </w:r>
    </w:p>
  </w:endnote>
  <w:endnote w:type="continuationSeparator" w:id="0">
    <w:p w14:paraId="5C284941" w14:textId="77777777" w:rsidR="00103D79" w:rsidRDefault="00103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F2ED4" w14:textId="77777777" w:rsidR="000B11A1" w:rsidRDefault="00103D79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97F13" w14:textId="77777777" w:rsidR="00103D79" w:rsidRDefault="00103D79">
      <w:pPr>
        <w:spacing w:after="0" w:line="240" w:lineRule="auto"/>
      </w:pPr>
      <w:r>
        <w:separator/>
      </w:r>
    </w:p>
  </w:footnote>
  <w:footnote w:type="continuationSeparator" w:id="0">
    <w:p w14:paraId="69A77AE6" w14:textId="77777777" w:rsidR="00103D79" w:rsidRDefault="00103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D1B"/>
    <w:rsid w:val="000B11A1"/>
    <w:rsid w:val="000C29EF"/>
    <w:rsid w:val="00103D79"/>
    <w:rsid w:val="0015074B"/>
    <w:rsid w:val="001F3B7E"/>
    <w:rsid w:val="0029639D"/>
    <w:rsid w:val="00326F90"/>
    <w:rsid w:val="005151B0"/>
    <w:rsid w:val="005C0A2D"/>
    <w:rsid w:val="00782D65"/>
    <w:rsid w:val="007C3E66"/>
    <w:rsid w:val="008A3814"/>
    <w:rsid w:val="009C05C7"/>
    <w:rsid w:val="00A26EF3"/>
    <w:rsid w:val="00A543C7"/>
    <w:rsid w:val="00AA1D8D"/>
    <w:rsid w:val="00B47730"/>
    <w:rsid w:val="00CB0664"/>
    <w:rsid w:val="00CD5C2A"/>
    <w:rsid w:val="00D14EBD"/>
    <w:rsid w:val="00D24493"/>
    <w:rsid w:val="00F208BE"/>
    <w:rsid w:val="00FC693F"/>
    <w:rsid w:val="00FE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D752B"/>
  <w14:defaultImageDpi w14:val="300"/>
  <w15:docId w15:val="{6C59D383-38E2-40F8-AE96-BE49AB73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210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Autorizație de construire sau desființare</vt:lpstr>
      <vt:lpstr/>
    </vt:vector>
  </TitlesOfParts>
  <Manager/>
  <Company/>
  <LinksUpToDate>false</LinksUpToDate>
  <CharactersWithSpaces>1427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Autorizație de construire sau desființare</dc:title>
  <dc:subject/>
  <dc:creator/>
  <cp:keywords/>
  <dc:description>generated by python-docx</dc:description>
  <cp:lastModifiedBy>Secretariat</cp:lastModifiedBy>
  <cp:revision>6</cp:revision>
  <dcterms:created xsi:type="dcterms:W3CDTF">2013-12-23T23:15:00Z</dcterms:created>
  <dcterms:modified xsi:type="dcterms:W3CDTF">2026-10-29T10:04:00Z</dcterms:modified>
  <cp:category/>
</cp:coreProperties>
</file>