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8AE5" w14:textId="77777777" w:rsidR="003D15E7" w:rsidRDefault="0091095D">
      <w:pPr>
        <w:pStyle w:val="Title"/>
      </w:pPr>
      <w:r>
        <w:t>Autorizație de modificare</w:t>
      </w:r>
    </w:p>
    <w:p w14:paraId="6AC19A1C" w14:textId="01321D25" w:rsidR="0093193F" w:rsidRDefault="00863769">
      <w:pPr>
        <w:rPr>
          <w:sz w:val="24"/>
          <w:szCs w:val="24"/>
        </w:rPr>
      </w:pPr>
      <w:r>
        <w:rPr>
          <w:sz w:val="24"/>
          <w:szCs w:val="24"/>
        </w:rPr>
        <w:t>F</w:t>
      </w:r>
      <w:r w:rsidR="0091095D" w:rsidRPr="003D5FE8">
        <w:rPr>
          <w:sz w:val="24"/>
          <w:szCs w:val="24"/>
        </w:rPr>
        <w:t xml:space="preserve">ormular F_AM_01. </w:t>
      </w:r>
    </w:p>
    <w:p w14:paraId="748D2E28" w14:textId="6E6220E8" w:rsidR="003D15E7" w:rsidRPr="003D5FE8" w:rsidRDefault="0093193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Cererea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depune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înainte</w:t>
      </w:r>
      <w:proofErr w:type="spell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executarea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lucrărilor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modificate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și</w:t>
      </w:r>
      <w:proofErr w:type="spellEnd"/>
      <w:r w:rsidRPr="003D5FE8">
        <w:rPr>
          <w:sz w:val="24"/>
          <w:szCs w:val="24"/>
        </w:rPr>
        <w:t xml:space="preserve"> în perioada de valabilitate </w:t>
      </w:r>
      <w:proofErr w:type="gramStart"/>
      <w:r w:rsidRPr="003D5FE8">
        <w:rPr>
          <w:sz w:val="24"/>
          <w:szCs w:val="24"/>
        </w:rPr>
        <w:t>a</w:t>
      </w:r>
      <w:proofErr w:type="gramEnd"/>
      <w:r w:rsidRPr="003D5FE8">
        <w:rPr>
          <w:sz w:val="24"/>
          <w:szCs w:val="24"/>
        </w:rPr>
        <w:t xml:space="preserve"> autorizației inițiale.</w:t>
      </w:r>
    </w:p>
    <w:p w14:paraId="6730B2DC" w14:textId="77777777" w:rsidR="003D15E7" w:rsidRPr="003D5FE8" w:rsidRDefault="0091095D">
      <w:pPr>
        <w:pStyle w:val="Heading1"/>
        <w:rPr>
          <w:rFonts w:ascii="Aptos" w:hAnsi="Aptos"/>
          <w:sz w:val="24"/>
          <w:szCs w:val="24"/>
        </w:rPr>
      </w:pPr>
      <w:r w:rsidRPr="003D5FE8">
        <w:rPr>
          <w:rFonts w:ascii="Aptos" w:hAnsi="Aptos"/>
          <w:sz w:val="24"/>
          <w:szCs w:val="24"/>
        </w:rPr>
        <w:t>Documente și verificări</w:t>
      </w:r>
    </w:p>
    <w:p w14:paraId="524A855A" w14:textId="77777777" w:rsidR="003D15E7" w:rsidRPr="003D5FE8" w:rsidRDefault="0091095D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</w:t>
      </w:r>
      <w:r w:rsidRPr="003D5FE8">
        <w:rPr>
          <w:sz w:val="24"/>
          <w:szCs w:val="24"/>
        </w:rPr>
        <w:t xml:space="preserve">  Cererea</w:t>
      </w:r>
      <w:proofErr w:type="gramEnd"/>
      <w:r w:rsidRPr="003D5FE8">
        <w:rPr>
          <w:sz w:val="24"/>
          <w:szCs w:val="24"/>
        </w:rPr>
        <w:t xml:space="preserve"> F_AM_01 cu datele autorizației inițiale, imobilul și descrierea modificărilor.</w:t>
      </w:r>
    </w:p>
    <w:p w14:paraId="0FEAA8F6" w14:textId="77777777" w:rsidR="003D15E7" w:rsidRPr="003D5FE8" w:rsidRDefault="0091095D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</w:t>
      </w:r>
      <w:r w:rsidRPr="003D5FE8">
        <w:rPr>
          <w:sz w:val="24"/>
          <w:szCs w:val="24"/>
        </w:rPr>
        <w:t xml:space="preserve">  </w:t>
      </w:r>
      <w:proofErr w:type="spellStart"/>
      <w:r w:rsidRPr="003D5FE8">
        <w:rPr>
          <w:sz w:val="24"/>
          <w:szCs w:val="24"/>
        </w:rPr>
        <w:t>Proiectul</w:t>
      </w:r>
      <w:proofErr w:type="spellEnd"/>
      <w:proofErr w:type="gram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autorizare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actualizat</w:t>
      </w:r>
      <w:proofErr w:type="spellEnd"/>
      <w:r w:rsidRPr="003D5FE8">
        <w:rPr>
          <w:sz w:val="24"/>
          <w:szCs w:val="24"/>
        </w:rPr>
        <w:t xml:space="preserve">, cu </w:t>
      </w:r>
      <w:proofErr w:type="spellStart"/>
      <w:r w:rsidRPr="003D5FE8">
        <w:rPr>
          <w:sz w:val="24"/>
          <w:szCs w:val="24"/>
        </w:rPr>
        <w:t>modificările</w:t>
      </w:r>
      <w:proofErr w:type="spell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temă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reprezentate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clar</w:t>
      </w:r>
      <w:proofErr w:type="spellEnd"/>
      <w:r w:rsidRPr="003D5FE8">
        <w:rPr>
          <w:sz w:val="24"/>
          <w:szCs w:val="24"/>
        </w:rPr>
        <w:t>.</w:t>
      </w:r>
    </w:p>
    <w:p w14:paraId="069AF866" w14:textId="7C575586" w:rsidR="00EC2078" w:rsidRPr="003D5FE8" w:rsidRDefault="00EC2078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 xml:space="preserve">☐  </w:t>
      </w:r>
      <w:proofErr w:type="spellStart"/>
      <w:r w:rsidRPr="003D5FE8">
        <w:rPr>
          <w:sz w:val="24"/>
          <w:szCs w:val="24"/>
        </w:rPr>
        <w:t>Expertiza</w:t>
      </w:r>
      <w:proofErr w:type="spellEnd"/>
      <w:proofErr w:type="gram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tehnică</w:t>
      </w:r>
      <w:proofErr w:type="spellEnd"/>
      <w:r w:rsidRPr="003D5FE8">
        <w:rPr>
          <w:sz w:val="24"/>
          <w:szCs w:val="24"/>
        </w:rPr>
        <w:t xml:space="preserve"> (</w:t>
      </w:r>
      <w:proofErr w:type="spellStart"/>
      <w:r w:rsidRPr="003D5FE8">
        <w:rPr>
          <w:sz w:val="24"/>
          <w:szCs w:val="24"/>
        </w:rPr>
        <w:t>dacă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este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cazul</w:t>
      </w:r>
      <w:proofErr w:type="spellEnd"/>
      <w:r w:rsidRPr="003D5FE8">
        <w:rPr>
          <w:sz w:val="24"/>
          <w:szCs w:val="24"/>
        </w:rPr>
        <w:t>).</w:t>
      </w:r>
    </w:p>
    <w:p w14:paraId="3860A1FC" w14:textId="77777777" w:rsidR="003D15E7" w:rsidRPr="003D5FE8" w:rsidRDefault="0091095D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</w:t>
      </w:r>
      <w:r w:rsidRPr="003D5FE8">
        <w:rPr>
          <w:sz w:val="24"/>
          <w:szCs w:val="24"/>
        </w:rPr>
        <w:t xml:space="preserve">  Avize</w:t>
      </w:r>
      <w:proofErr w:type="gramEnd"/>
      <w:r w:rsidRPr="003D5FE8">
        <w:rPr>
          <w:sz w:val="24"/>
          <w:szCs w:val="24"/>
        </w:rPr>
        <w:t>/acorduri și documente de mediu actualizate, d</w:t>
      </w:r>
      <w:r w:rsidRPr="003D5FE8">
        <w:rPr>
          <w:sz w:val="24"/>
          <w:szCs w:val="24"/>
        </w:rPr>
        <w:t>acă modificările ies din limitele actelor existente ori emitentul le solicită.</w:t>
      </w:r>
    </w:p>
    <w:p w14:paraId="486A6616" w14:textId="77777777" w:rsidR="00EC2078" w:rsidRPr="003D5FE8" w:rsidRDefault="0091095D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</w:t>
      </w:r>
      <w:r w:rsidRPr="003D5FE8">
        <w:rPr>
          <w:sz w:val="24"/>
          <w:szCs w:val="24"/>
        </w:rPr>
        <w:t xml:space="preserve">  Împuternicire</w:t>
      </w:r>
      <w:proofErr w:type="gramEnd"/>
      <w:r w:rsidRPr="003D5FE8">
        <w:rPr>
          <w:sz w:val="24"/>
          <w:szCs w:val="24"/>
        </w:rPr>
        <w:t xml:space="preserve"> pentru reprezentant </w:t>
      </w:r>
    </w:p>
    <w:p w14:paraId="6E33185C" w14:textId="0904AA3C" w:rsidR="003D15E7" w:rsidRPr="003D5FE8" w:rsidRDefault="00EC2078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 xml:space="preserve">☐  </w:t>
      </w:r>
      <w:proofErr w:type="spellStart"/>
      <w:r w:rsidRPr="003D5FE8">
        <w:rPr>
          <w:sz w:val="24"/>
          <w:szCs w:val="24"/>
        </w:rPr>
        <w:t>Dovada</w:t>
      </w:r>
      <w:proofErr w:type="spellEnd"/>
      <w:proofErr w:type="gram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taxei</w:t>
      </w:r>
      <w:proofErr w:type="spellEnd"/>
      <w:r w:rsidRPr="003D5FE8">
        <w:rPr>
          <w:sz w:val="24"/>
          <w:szCs w:val="24"/>
        </w:rPr>
        <w:t xml:space="preserve">, </w:t>
      </w:r>
      <w:proofErr w:type="spellStart"/>
      <w:r w:rsidRPr="003D5FE8">
        <w:rPr>
          <w:sz w:val="24"/>
          <w:szCs w:val="24"/>
        </w:rPr>
        <w:t>dacă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este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cazul</w:t>
      </w:r>
      <w:proofErr w:type="spellEnd"/>
      <w:r w:rsidRPr="003D5FE8">
        <w:rPr>
          <w:sz w:val="24"/>
          <w:szCs w:val="24"/>
        </w:rPr>
        <w:t>.</w:t>
      </w:r>
    </w:p>
    <w:p w14:paraId="393A7D21" w14:textId="77777777" w:rsidR="003D15E7" w:rsidRPr="003D5FE8" w:rsidRDefault="0091095D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</w:t>
      </w:r>
      <w:r w:rsidRPr="003D5FE8">
        <w:rPr>
          <w:sz w:val="24"/>
          <w:szCs w:val="24"/>
        </w:rPr>
        <w:t xml:space="preserve">  Dacă</w:t>
      </w:r>
      <w:proofErr w:type="gramEnd"/>
      <w:r w:rsidRPr="003D5FE8">
        <w:rPr>
          <w:sz w:val="24"/>
          <w:szCs w:val="24"/>
        </w:rPr>
        <w:t xml:space="preserve"> schimbarea nu se </w:t>
      </w:r>
      <w:proofErr w:type="spellStart"/>
      <w:r w:rsidRPr="003D5FE8">
        <w:rPr>
          <w:sz w:val="24"/>
          <w:szCs w:val="24"/>
        </w:rPr>
        <w:t>încadrează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în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avize</w:t>
      </w:r>
      <w:proofErr w:type="spellEnd"/>
      <w:r w:rsidRPr="003D5FE8">
        <w:rPr>
          <w:sz w:val="24"/>
          <w:szCs w:val="24"/>
        </w:rPr>
        <w:t xml:space="preserve">, </w:t>
      </w:r>
      <w:proofErr w:type="spellStart"/>
      <w:r w:rsidRPr="003D5FE8">
        <w:rPr>
          <w:sz w:val="24"/>
          <w:szCs w:val="24"/>
        </w:rPr>
        <w:t>acorduri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și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reglementări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urbanistice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aplicabile</w:t>
      </w:r>
      <w:proofErr w:type="spellEnd"/>
      <w:r w:rsidRPr="003D5FE8">
        <w:rPr>
          <w:sz w:val="24"/>
          <w:szCs w:val="24"/>
        </w:rPr>
        <w:t xml:space="preserve">, se </w:t>
      </w:r>
      <w:proofErr w:type="spellStart"/>
      <w:r w:rsidRPr="003D5FE8">
        <w:rPr>
          <w:sz w:val="24"/>
          <w:szCs w:val="24"/>
        </w:rPr>
        <w:t>reia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pr</w:t>
      </w:r>
      <w:r w:rsidRPr="003D5FE8">
        <w:rPr>
          <w:sz w:val="24"/>
          <w:szCs w:val="24"/>
        </w:rPr>
        <w:t>ocedura</w:t>
      </w:r>
      <w:proofErr w:type="spell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autorizare</w:t>
      </w:r>
      <w:proofErr w:type="spellEnd"/>
      <w:r w:rsidRPr="003D5FE8">
        <w:rPr>
          <w:sz w:val="24"/>
          <w:szCs w:val="24"/>
        </w:rPr>
        <w:t>.</w:t>
      </w:r>
    </w:p>
    <w:p w14:paraId="69DA059C" w14:textId="41D97485" w:rsidR="00EC2078" w:rsidRPr="003D5FE8" w:rsidRDefault="00EC2078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 xml:space="preserve">☐  </w:t>
      </w:r>
      <w:proofErr w:type="spellStart"/>
      <w:r w:rsidRPr="003D5FE8">
        <w:rPr>
          <w:sz w:val="24"/>
          <w:szCs w:val="24"/>
        </w:rPr>
        <w:t>Imputernicirea</w:t>
      </w:r>
      <w:proofErr w:type="spellEnd"/>
      <w:proofErr w:type="gramEnd"/>
      <w:r w:rsidRPr="003D5FE8">
        <w:rPr>
          <w:sz w:val="24"/>
          <w:szCs w:val="24"/>
        </w:rPr>
        <w:t xml:space="preserve"> data </w:t>
      </w:r>
      <w:proofErr w:type="spellStart"/>
      <w:r w:rsidRPr="003D5FE8">
        <w:rPr>
          <w:sz w:val="24"/>
          <w:szCs w:val="24"/>
        </w:rPr>
        <w:t>solicitentului</w:t>
      </w:r>
      <w:proofErr w:type="spell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titularul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dreptului</w:t>
      </w:r>
      <w:proofErr w:type="spellEnd"/>
      <w:r w:rsidRPr="003D5FE8">
        <w:rPr>
          <w:sz w:val="24"/>
          <w:szCs w:val="24"/>
        </w:rPr>
        <w:t xml:space="preserve"> de </w:t>
      </w:r>
      <w:proofErr w:type="spellStart"/>
      <w:r w:rsidRPr="003D5FE8">
        <w:rPr>
          <w:sz w:val="24"/>
          <w:szCs w:val="24"/>
        </w:rPr>
        <w:t>proprietate</w:t>
      </w:r>
      <w:proofErr w:type="spellEnd"/>
      <w:r w:rsidRPr="003D5FE8">
        <w:rPr>
          <w:sz w:val="24"/>
          <w:szCs w:val="24"/>
        </w:rPr>
        <w:t xml:space="preserve"> (</w:t>
      </w:r>
      <w:proofErr w:type="spellStart"/>
      <w:r w:rsidRPr="003D5FE8">
        <w:rPr>
          <w:sz w:val="24"/>
          <w:szCs w:val="24"/>
        </w:rPr>
        <w:t>dacă</w:t>
      </w:r>
      <w:proofErr w:type="spell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solicitantul</w:t>
      </w:r>
      <w:proofErr w:type="spellEnd"/>
      <w:r w:rsidRPr="003D5FE8">
        <w:rPr>
          <w:sz w:val="24"/>
          <w:szCs w:val="24"/>
        </w:rPr>
        <w:t xml:space="preserve"> nu e </w:t>
      </w:r>
      <w:proofErr w:type="spellStart"/>
      <w:r w:rsidRPr="003D5FE8">
        <w:rPr>
          <w:sz w:val="24"/>
          <w:szCs w:val="24"/>
        </w:rPr>
        <w:t>titularul</w:t>
      </w:r>
      <w:proofErr w:type="spellEnd"/>
      <w:r w:rsidRPr="003D5FE8">
        <w:rPr>
          <w:sz w:val="24"/>
          <w:szCs w:val="24"/>
        </w:rPr>
        <w:t xml:space="preserve">). </w:t>
      </w:r>
    </w:p>
    <w:p w14:paraId="0932F608" w14:textId="310ECBDB" w:rsidR="00EC2078" w:rsidRDefault="00EC2078">
      <w:pPr>
        <w:pStyle w:val="ListBullet"/>
        <w:rPr>
          <w:sz w:val="24"/>
          <w:szCs w:val="24"/>
        </w:rPr>
      </w:pPr>
      <w:proofErr w:type="gramStart"/>
      <w:r w:rsidRPr="003D5FE8">
        <w:rPr>
          <w:sz w:val="24"/>
          <w:szCs w:val="24"/>
        </w:rPr>
        <w:t>☐  Alte</w:t>
      </w:r>
      <w:proofErr w:type="gramEnd"/>
      <w:r w:rsidRPr="003D5FE8">
        <w:rPr>
          <w:sz w:val="24"/>
          <w:szCs w:val="24"/>
        </w:rPr>
        <w:t xml:space="preserve"> </w:t>
      </w:r>
      <w:proofErr w:type="spellStart"/>
      <w:r w:rsidRPr="003D5FE8">
        <w:rPr>
          <w:sz w:val="24"/>
          <w:szCs w:val="24"/>
        </w:rPr>
        <w:t>documente</w:t>
      </w:r>
      <w:proofErr w:type="spellEnd"/>
      <w:r w:rsidRPr="003D5FE8">
        <w:rPr>
          <w:sz w:val="24"/>
          <w:szCs w:val="24"/>
        </w:rPr>
        <w:t xml:space="preserve"> </w:t>
      </w:r>
    </w:p>
    <w:p w14:paraId="22F711C1" w14:textId="77777777" w:rsidR="0093193F" w:rsidRDefault="0093193F" w:rsidP="00863769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p w14:paraId="4484AC74" w14:textId="77777777" w:rsidR="00EC2078" w:rsidRDefault="00EC2078" w:rsidP="00EC2078">
      <w:pPr>
        <w:pStyle w:val="ListBullet"/>
        <w:numPr>
          <w:ilvl w:val="0"/>
          <w:numId w:val="0"/>
        </w:numPr>
        <w:ind w:left="360"/>
      </w:pPr>
    </w:p>
    <w:sectPr w:rsidR="00EC2078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755C" w14:textId="77777777" w:rsidR="0091095D" w:rsidRDefault="0091095D">
      <w:pPr>
        <w:spacing w:after="0" w:line="240" w:lineRule="auto"/>
      </w:pPr>
      <w:r>
        <w:separator/>
      </w:r>
    </w:p>
  </w:endnote>
  <w:endnote w:type="continuationSeparator" w:id="0">
    <w:p w14:paraId="00953BB6" w14:textId="77777777" w:rsidR="0091095D" w:rsidRDefault="0091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0F31" w14:textId="77777777" w:rsidR="003D15E7" w:rsidRDefault="0091095D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425A5" w14:textId="77777777" w:rsidR="0091095D" w:rsidRDefault="0091095D">
      <w:pPr>
        <w:spacing w:after="0" w:line="240" w:lineRule="auto"/>
      </w:pPr>
      <w:r>
        <w:separator/>
      </w:r>
    </w:p>
  </w:footnote>
  <w:footnote w:type="continuationSeparator" w:id="0">
    <w:p w14:paraId="5CEE9AB5" w14:textId="77777777" w:rsidR="0091095D" w:rsidRDefault="00910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98D"/>
    <w:rsid w:val="003D15E7"/>
    <w:rsid w:val="003D5FE8"/>
    <w:rsid w:val="004F0327"/>
    <w:rsid w:val="004F36A0"/>
    <w:rsid w:val="005C7535"/>
    <w:rsid w:val="008523C8"/>
    <w:rsid w:val="00863769"/>
    <w:rsid w:val="00881091"/>
    <w:rsid w:val="0091095D"/>
    <w:rsid w:val="0093193F"/>
    <w:rsid w:val="00996685"/>
    <w:rsid w:val="00AA1D8D"/>
    <w:rsid w:val="00B47730"/>
    <w:rsid w:val="00C340F2"/>
    <w:rsid w:val="00CB0664"/>
    <w:rsid w:val="00EC20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5B43E6"/>
  <w14:defaultImageDpi w14:val="300"/>
  <w15:docId w15:val="{4D67CD68-CF04-4ED9-B8B7-47FA3330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127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Autorizație de modificare</vt:lpstr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Autorizație de modificare</dc:title>
  <dc:subject/>
  <dc:creator/>
  <cp:keywords/>
  <dc:description>generated by python-docx</dc:description>
  <cp:lastModifiedBy>Secretariat</cp:lastModifiedBy>
  <cp:revision>6</cp:revision>
  <dcterms:created xsi:type="dcterms:W3CDTF">2013-12-23T23:15:00Z</dcterms:created>
  <dcterms:modified xsi:type="dcterms:W3CDTF">2026-10-29T10:06:00Z</dcterms:modified>
  <cp:category/>
</cp:coreProperties>
</file>