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B2BA" w14:textId="77777777" w:rsidR="00FE3A5D" w:rsidRDefault="00A26A07">
      <w:pPr>
        <w:pStyle w:val="Title"/>
      </w:pPr>
      <w:r>
        <w:t>Aviz de amplasare</w:t>
      </w:r>
    </w:p>
    <w:p w14:paraId="6AEF5D7D" w14:textId="2204E554" w:rsidR="00FE3A5D" w:rsidRPr="00D03F64" w:rsidRDefault="00A26A07">
      <w:pPr>
        <w:rPr>
          <w:sz w:val="24"/>
          <w:szCs w:val="24"/>
        </w:rPr>
      </w:pPr>
      <w:proofErr w:type="spellStart"/>
      <w:r w:rsidRPr="00D03F64">
        <w:rPr>
          <w:sz w:val="24"/>
          <w:szCs w:val="24"/>
        </w:rPr>
        <w:t>Cererea</w:t>
      </w:r>
      <w:proofErr w:type="spellEnd"/>
      <w:r w:rsidRPr="00D03F64">
        <w:rPr>
          <w:sz w:val="24"/>
          <w:szCs w:val="24"/>
        </w:rPr>
        <w:t xml:space="preserve"> tip F_05.</w:t>
      </w:r>
    </w:p>
    <w:p w14:paraId="7BE26F08" w14:textId="77777777" w:rsidR="00FE3A5D" w:rsidRPr="00D03F64" w:rsidRDefault="00A26A07">
      <w:pPr>
        <w:pStyle w:val="Heading1"/>
        <w:rPr>
          <w:rFonts w:ascii="Aptos" w:hAnsi="Aptos"/>
          <w:sz w:val="24"/>
          <w:szCs w:val="24"/>
        </w:rPr>
      </w:pPr>
      <w:r w:rsidRPr="00D03F64">
        <w:rPr>
          <w:rFonts w:ascii="Aptos" w:hAnsi="Aptos"/>
          <w:sz w:val="24"/>
          <w:szCs w:val="24"/>
        </w:rPr>
        <w:t>Documente și verificări</w:t>
      </w:r>
    </w:p>
    <w:p w14:paraId="38CA7207" w14:textId="77777777" w:rsidR="00FE3A5D" w:rsidRPr="00D03F64" w:rsidRDefault="00A26A07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</w:t>
      </w:r>
      <w:r w:rsidRPr="00D03F64">
        <w:rPr>
          <w:sz w:val="24"/>
          <w:szCs w:val="24"/>
        </w:rPr>
        <w:t xml:space="preserve">  Cererea</w:t>
      </w:r>
      <w:proofErr w:type="gramEnd"/>
      <w:r w:rsidRPr="00D03F64">
        <w:rPr>
          <w:sz w:val="24"/>
          <w:szCs w:val="24"/>
        </w:rPr>
        <w:t xml:space="preserve"> F_05 cu </w:t>
      </w:r>
      <w:proofErr w:type="spellStart"/>
      <w:r w:rsidRPr="00D03F64">
        <w:rPr>
          <w:sz w:val="24"/>
          <w:szCs w:val="24"/>
        </w:rPr>
        <w:t>datele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solicitantului</w:t>
      </w:r>
      <w:proofErr w:type="spellEnd"/>
      <w:r w:rsidRPr="00D03F64">
        <w:rPr>
          <w:sz w:val="24"/>
          <w:szCs w:val="24"/>
        </w:rPr>
        <w:t xml:space="preserve">, </w:t>
      </w:r>
      <w:proofErr w:type="spellStart"/>
      <w:r w:rsidRPr="00D03F64">
        <w:rPr>
          <w:sz w:val="24"/>
          <w:szCs w:val="24"/>
        </w:rPr>
        <w:t>descrierea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obiectului</w:t>
      </w:r>
      <w:proofErr w:type="spellEnd"/>
      <w:r w:rsidRPr="00D03F64">
        <w:rPr>
          <w:sz w:val="24"/>
          <w:szCs w:val="24"/>
        </w:rPr>
        <w:t>/</w:t>
      </w:r>
      <w:proofErr w:type="spellStart"/>
      <w:r w:rsidRPr="00D03F64">
        <w:rPr>
          <w:sz w:val="24"/>
          <w:szCs w:val="24"/>
        </w:rPr>
        <w:t>amenajării</w:t>
      </w:r>
      <w:proofErr w:type="spellEnd"/>
      <w:r w:rsidRPr="00D03F64">
        <w:rPr>
          <w:sz w:val="24"/>
          <w:szCs w:val="24"/>
        </w:rPr>
        <w:t xml:space="preserve">, </w:t>
      </w:r>
      <w:proofErr w:type="spellStart"/>
      <w:r w:rsidRPr="00D03F64">
        <w:rPr>
          <w:sz w:val="24"/>
          <w:szCs w:val="24"/>
        </w:rPr>
        <w:t>scopul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și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perioada</w:t>
      </w:r>
      <w:proofErr w:type="spellEnd"/>
      <w:r w:rsidRPr="00D03F64">
        <w:rPr>
          <w:sz w:val="24"/>
          <w:szCs w:val="24"/>
        </w:rPr>
        <w:t xml:space="preserve">, </w:t>
      </w:r>
      <w:proofErr w:type="spellStart"/>
      <w:r w:rsidRPr="00D03F64">
        <w:rPr>
          <w:sz w:val="24"/>
          <w:szCs w:val="24"/>
        </w:rPr>
        <w:t>după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caz</w:t>
      </w:r>
      <w:proofErr w:type="spellEnd"/>
      <w:r w:rsidRPr="00D03F64">
        <w:rPr>
          <w:sz w:val="24"/>
          <w:szCs w:val="24"/>
        </w:rPr>
        <w:t>.</w:t>
      </w:r>
    </w:p>
    <w:p w14:paraId="40B9703E" w14:textId="0B985F0F" w:rsidR="008174D4" w:rsidRPr="00D03F64" w:rsidRDefault="008174D4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 xml:space="preserve">☐  </w:t>
      </w:r>
      <w:proofErr w:type="spellStart"/>
      <w:r w:rsidRPr="00D03F64">
        <w:rPr>
          <w:sz w:val="24"/>
          <w:szCs w:val="24"/>
        </w:rPr>
        <w:t>Copie</w:t>
      </w:r>
      <w:proofErr w:type="spellEnd"/>
      <w:proofErr w:type="gramEnd"/>
      <w:r w:rsidRPr="00D03F64">
        <w:rPr>
          <w:sz w:val="24"/>
          <w:szCs w:val="24"/>
        </w:rPr>
        <w:t xml:space="preserve"> a </w:t>
      </w:r>
      <w:proofErr w:type="spellStart"/>
      <w:r w:rsidRPr="00D03F64">
        <w:rPr>
          <w:sz w:val="24"/>
          <w:szCs w:val="24"/>
        </w:rPr>
        <w:t>certifatului</w:t>
      </w:r>
      <w:proofErr w:type="spellEnd"/>
      <w:r w:rsidRPr="00D03F64">
        <w:rPr>
          <w:sz w:val="24"/>
          <w:szCs w:val="24"/>
        </w:rPr>
        <w:t xml:space="preserve"> de </w:t>
      </w:r>
      <w:proofErr w:type="spellStart"/>
      <w:r w:rsidRPr="00D03F64">
        <w:rPr>
          <w:sz w:val="24"/>
          <w:szCs w:val="24"/>
        </w:rPr>
        <w:t>inregistrare</w:t>
      </w:r>
      <w:proofErr w:type="spellEnd"/>
      <w:r w:rsidRPr="00D03F64">
        <w:rPr>
          <w:sz w:val="24"/>
          <w:szCs w:val="24"/>
        </w:rPr>
        <w:t xml:space="preserve"> (CUI).</w:t>
      </w:r>
    </w:p>
    <w:p w14:paraId="24AB501A" w14:textId="6B8B844E" w:rsidR="008174D4" w:rsidRPr="00D03F64" w:rsidRDefault="008174D4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 xml:space="preserve">☐  </w:t>
      </w:r>
      <w:proofErr w:type="spellStart"/>
      <w:r w:rsidRPr="00D03F64">
        <w:rPr>
          <w:sz w:val="24"/>
          <w:szCs w:val="24"/>
        </w:rPr>
        <w:t>Copie</w:t>
      </w:r>
      <w:proofErr w:type="spellEnd"/>
      <w:proofErr w:type="gramEnd"/>
      <w:r w:rsidRPr="00D03F64">
        <w:rPr>
          <w:sz w:val="24"/>
          <w:szCs w:val="24"/>
        </w:rPr>
        <w:t xml:space="preserve"> a </w:t>
      </w:r>
      <w:proofErr w:type="spellStart"/>
      <w:r w:rsidRPr="00D03F64">
        <w:rPr>
          <w:sz w:val="24"/>
          <w:szCs w:val="24"/>
        </w:rPr>
        <w:t>actului</w:t>
      </w:r>
      <w:proofErr w:type="spellEnd"/>
      <w:r w:rsidRPr="00D03F64">
        <w:rPr>
          <w:sz w:val="24"/>
          <w:szCs w:val="24"/>
        </w:rPr>
        <w:t xml:space="preserve"> de </w:t>
      </w:r>
      <w:proofErr w:type="spellStart"/>
      <w:r w:rsidRPr="00D03F64">
        <w:rPr>
          <w:sz w:val="24"/>
          <w:szCs w:val="24"/>
        </w:rPr>
        <w:t>identitate</w:t>
      </w:r>
      <w:proofErr w:type="spellEnd"/>
      <w:r w:rsidRPr="00D03F64">
        <w:rPr>
          <w:sz w:val="24"/>
          <w:szCs w:val="24"/>
        </w:rPr>
        <w:t xml:space="preserve"> a </w:t>
      </w:r>
      <w:proofErr w:type="spellStart"/>
      <w:r w:rsidRPr="00D03F64">
        <w:rPr>
          <w:sz w:val="24"/>
          <w:szCs w:val="24"/>
        </w:rPr>
        <w:t>asociatului</w:t>
      </w:r>
      <w:proofErr w:type="spellEnd"/>
      <w:r w:rsidRPr="00D03F64">
        <w:rPr>
          <w:sz w:val="24"/>
          <w:szCs w:val="24"/>
        </w:rPr>
        <w:t>/</w:t>
      </w:r>
      <w:proofErr w:type="spellStart"/>
      <w:r w:rsidRPr="00D03F64">
        <w:rPr>
          <w:sz w:val="24"/>
          <w:szCs w:val="24"/>
        </w:rPr>
        <w:t>administratorului</w:t>
      </w:r>
      <w:proofErr w:type="spellEnd"/>
      <w:r w:rsidRPr="00D03F64">
        <w:rPr>
          <w:sz w:val="24"/>
          <w:szCs w:val="24"/>
        </w:rPr>
        <w:t>.</w:t>
      </w:r>
    </w:p>
    <w:p w14:paraId="07AE711C" w14:textId="67BA40D9" w:rsidR="008174D4" w:rsidRPr="00D03F64" w:rsidRDefault="008174D4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  Extras</w:t>
      </w:r>
      <w:proofErr w:type="gramEnd"/>
      <w:r w:rsidRPr="00D03F64">
        <w:rPr>
          <w:sz w:val="24"/>
          <w:szCs w:val="24"/>
        </w:rPr>
        <w:t xml:space="preserve"> de carte </w:t>
      </w:r>
      <w:proofErr w:type="spellStart"/>
      <w:r w:rsidRPr="00D03F64">
        <w:rPr>
          <w:sz w:val="24"/>
          <w:szCs w:val="24"/>
        </w:rPr>
        <w:t>funciară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pentru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informare</w:t>
      </w:r>
      <w:proofErr w:type="spellEnd"/>
      <w:r w:rsidRPr="00D03F64">
        <w:rPr>
          <w:sz w:val="24"/>
          <w:szCs w:val="24"/>
        </w:rPr>
        <w:t>.</w:t>
      </w:r>
    </w:p>
    <w:p w14:paraId="49855494" w14:textId="77777777" w:rsidR="00FE3A5D" w:rsidRPr="00D03F64" w:rsidRDefault="00A26A07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</w:t>
      </w:r>
      <w:r w:rsidRPr="00D03F64">
        <w:rPr>
          <w:sz w:val="24"/>
          <w:szCs w:val="24"/>
        </w:rPr>
        <w:t xml:space="preserve">  Plan</w:t>
      </w:r>
      <w:proofErr w:type="gramEnd"/>
      <w:r w:rsidRPr="00D03F64">
        <w:rPr>
          <w:sz w:val="24"/>
          <w:szCs w:val="24"/>
        </w:rPr>
        <w:t xml:space="preserve"> de amplasare cotat: poziție, limite, acces pietonal/rutier și utilită</w:t>
      </w:r>
      <w:r w:rsidRPr="00D03F64">
        <w:rPr>
          <w:sz w:val="24"/>
          <w:szCs w:val="24"/>
        </w:rPr>
        <w:t>ț</w:t>
      </w:r>
      <w:r w:rsidRPr="00D03F64">
        <w:rPr>
          <w:sz w:val="24"/>
          <w:szCs w:val="24"/>
        </w:rPr>
        <w:t>i existente sau propuse.</w:t>
      </w:r>
    </w:p>
    <w:p w14:paraId="1B0A8A09" w14:textId="0EE39B01" w:rsidR="00FE3A5D" w:rsidRPr="00D03F64" w:rsidRDefault="00A26A07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</w:t>
      </w:r>
      <w:r w:rsidRPr="00D03F64">
        <w:rPr>
          <w:sz w:val="24"/>
          <w:szCs w:val="24"/>
        </w:rPr>
        <w:t xml:space="preserve">  </w:t>
      </w:r>
      <w:proofErr w:type="spellStart"/>
      <w:r w:rsidRPr="00D03F64">
        <w:rPr>
          <w:sz w:val="24"/>
          <w:szCs w:val="24"/>
        </w:rPr>
        <w:t>Dovada</w:t>
      </w:r>
      <w:proofErr w:type="spellEnd"/>
      <w:proofErr w:type="gram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dreptului</w:t>
      </w:r>
      <w:proofErr w:type="spellEnd"/>
      <w:r w:rsidRPr="00D03F64">
        <w:rPr>
          <w:sz w:val="24"/>
          <w:szCs w:val="24"/>
        </w:rPr>
        <w:t xml:space="preserve"> de </w:t>
      </w:r>
      <w:proofErr w:type="spellStart"/>
      <w:r w:rsidRPr="00D03F64">
        <w:rPr>
          <w:sz w:val="24"/>
          <w:szCs w:val="24"/>
        </w:rPr>
        <w:t>folosință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sau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acordul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proprietarului</w:t>
      </w:r>
      <w:proofErr w:type="spellEnd"/>
      <w:r w:rsidRPr="00D03F64">
        <w:rPr>
          <w:sz w:val="24"/>
          <w:szCs w:val="24"/>
        </w:rPr>
        <w:t>/</w:t>
      </w:r>
      <w:proofErr w:type="spellStart"/>
      <w:r w:rsidRPr="00D03F64">
        <w:rPr>
          <w:sz w:val="24"/>
          <w:szCs w:val="24"/>
        </w:rPr>
        <w:t>administratorului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terenului</w:t>
      </w:r>
      <w:proofErr w:type="spellEnd"/>
      <w:r w:rsidRPr="00D03F64">
        <w:rPr>
          <w:sz w:val="24"/>
          <w:szCs w:val="24"/>
        </w:rPr>
        <w:t xml:space="preserve">, </w:t>
      </w:r>
      <w:proofErr w:type="spellStart"/>
      <w:r w:rsidRPr="00D03F64">
        <w:rPr>
          <w:sz w:val="24"/>
          <w:szCs w:val="24"/>
        </w:rPr>
        <w:t>după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caz</w:t>
      </w:r>
      <w:proofErr w:type="spellEnd"/>
      <w:r w:rsidR="008174D4" w:rsidRPr="00D03F64">
        <w:rPr>
          <w:sz w:val="24"/>
          <w:szCs w:val="24"/>
        </w:rPr>
        <w:t xml:space="preserve"> ( contract de </w:t>
      </w:r>
      <w:proofErr w:type="spellStart"/>
      <w:r w:rsidR="008174D4" w:rsidRPr="00D03F64">
        <w:rPr>
          <w:sz w:val="24"/>
          <w:szCs w:val="24"/>
        </w:rPr>
        <w:t>inchiriere</w:t>
      </w:r>
      <w:proofErr w:type="spellEnd"/>
      <w:r w:rsidR="008174D4" w:rsidRPr="00D03F64">
        <w:rPr>
          <w:sz w:val="24"/>
          <w:szCs w:val="24"/>
        </w:rPr>
        <w:t xml:space="preserve"> etc.)</w:t>
      </w:r>
    </w:p>
    <w:p w14:paraId="7E5E2DB1" w14:textId="2F215FA3" w:rsidR="00FE3A5D" w:rsidRPr="00D03F64" w:rsidRDefault="00A26A07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</w:t>
      </w:r>
      <w:r w:rsidRPr="00D03F64">
        <w:rPr>
          <w:sz w:val="24"/>
          <w:szCs w:val="24"/>
        </w:rPr>
        <w:t xml:space="preserve">  Schiță</w:t>
      </w:r>
      <w:proofErr w:type="gramEnd"/>
      <w:r w:rsidRPr="00D03F64">
        <w:rPr>
          <w:sz w:val="24"/>
          <w:szCs w:val="24"/>
        </w:rPr>
        <w:t xml:space="preserve"> ori detalii tehnice; avize pentru branșamente sau administratorul drumului și alte acorduri</w:t>
      </w:r>
      <w:r w:rsidRPr="00D03F64">
        <w:rPr>
          <w:sz w:val="24"/>
          <w:szCs w:val="24"/>
        </w:rPr>
        <w:t>, dacă situația o cere</w:t>
      </w:r>
      <w:r w:rsidR="008174D4" w:rsidRPr="00D03F64">
        <w:rPr>
          <w:sz w:val="24"/>
          <w:szCs w:val="24"/>
        </w:rPr>
        <w:t xml:space="preserve"> (</w:t>
      </w:r>
      <w:proofErr w:type="spellStart"/>
      <w:r w:rsidR="008174D4" w:rsidRPr="00D03F64">
        <w:rPr>
          <w:sz w:val="24"/>
          <w:szCs w:val="24"/>
        </w:rPr>
        <w:t>avize</w:t>
      </w:r>
      <w:proofErr w:type="spellEnd"/>
      <w:r w:rsidR="008174D4" w:rsidRPr="00D03F64">
        <w:rPr>
          <w:sz w:val="24"/>
          <w:szCs w:val="24"/>
        </w:rPr>
        <w:t xml:space="preserve"> </w:t>
      </w:r>
      <w:proofErr w:type="spellStart"/>
      <w:r w:rsidR="008174D4" w:rsidRPr="00D03F64">
        <w:rPr>
          <w:sz w:val="24"/>
          <w:szCs w:val="24"/>
        </w:rPr>
        <w:t>anterioare</w:t>
      </w:r>
      <w:proofErr w:type="spellEnd"/>
      <w:r w:rsidR="008174D4" w:rsidRPr="00D03F64">
        <w:rPr>
          <w:sz w:val="24"/>
          <w:szCs w:val="24"/>
        </w:rPr>
        <w:t>).</w:t>
      </w:r>
    </w:p>
    <w:p w14:paraId="7E0BE8DE" w14:textId="2E5EBD2B" w:rsidR="00FE3A5D" w:rsidRPr="00D03F64" w:rsidRDefault="00A26A07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</w:t>
      </w:r>
      <w:r w:rsidRPr="00D03F64">
        <w:rPr>
          <w:sz w:val="24"/>
          <w:szCs w:val="24"/>
        </w:rPr>
        <w:t xml:space="preserve">  Dovada</w:t>
      </w:r>
      <w:proofErr w:type="gramEnd"/>
      <w:r w:rsidRPr="00D03F64">
        <w:rPr>
          <w:sz w:val="24"/>
          <w:szCs w:val="24"/>
        </w:rPr>
        <w:t xml:space="preserve"> taxei, dacă este datorată. </w:t>
      </w:r>
    </w:p>
    <w:p w14:paraId="595313BD" w14:textId="7B3D19FE" w:rsidR="00557094" w:rsidRPr="00D03F64" w:rsidRDefault="00557094">
      <w:pPr>
        <w:pStyle w:val="ListBullet"/>
        <w:rPr>
          <w:sz w:val="24"/>
          <w:szCs w:val="24"/>
        </w:rPr>
      </w:pPr>
      <w:proofErr w:type="gramStart"/>
      <w:r w:rsidRPr="00D03F64">
        <w:rPr>
          <w:sz w:val="24"/>
          <w:szCs w:val="24"/>
        </w:rPr>
        <w:t>☐  Alte</w:t>
      </w:r>
      <w:proofErr w:type="gram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documente</w:t>
      </w:r>
      <w:proofErr w:type="spellEnd"/>
      <w:r w:rsidRPr="00D03F64">
        <w:rPr>
          <w:sz w:val="24"/>
          <w:szCs w:val="24"/>
        </w:rPr>
        <w:t xml:space="preserve"> (</w:t>
      </w:r>
      <w:proofErr w:type="spellStart"/>
      <w:r w:rsidRPr="00D03F64">
        <w:rPr>
          <w:sz w:val="24"/>
          <w:szCs w:val="24"/>
        </w:rPr>
        <w:t>avize</w:t>
      </w:r>
      <w:proofErr w:type="spellEnd"/>
      <w:r w:rsidRPr="00D03F64">
        <w:rPr>
          <w:sz w:val="24"/>
          <w:szCs w:val="24"/>
        </w:rPr>
        <w:t xml:space="preserve"> </w:t>
      </w:r>
      <w:proofErr w:type="spellStart"/>
      <w:r w:rsidRPr="00D03F64">
        <w:rPr>
          <w:sz w:val="24"/>
          <w:szCs w:val="24"/>
        </w:rPr>
        <w:t>anterioare</w:t>
      </w:r>
      <w:proofErr w:type="spellEnd"/>
      <w:r w:rsidRPr="00D03F64">
        <w:rPr>
          <w:sz w:val="24"/>
          <w:szCs w:val="24"/>
        </w:rPr>
        <w:t>).</w:t>
      </w:r>
    </w:p>
    <w:sectPr w:rsidR="00557094" w:rsidRPr="00D03F64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7EBAD" w14:textId="77777777" w:rsidR="00A26A07" w:rsidRDefault="00A26A07">
      <w:pPr>
        <w:spacing w:after="0" w:line="240" w:lineRule="auto"/>
      </w:pPr>
      <w:r>
        <w:separator/>
      </w:r>
    </w:p>
  </w:endnote>
  <w:endnote w:type="continuationSeparator" w:id="0">
    <w:p w14:paraId="2B174B97" w14:textId="77777777" w:rsidR="00A26A07" w:rsidRDefault="00A2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E944A" w14:textId="77777777" w:rsidR="00FE3A5D" w:rsidRDefault="00A26A07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1FFEA" w14:textId="77777777" w:rsidR="00A26A07" w:rsidRDefault="00A26A07">
      <w:pPr>
        <w:spacing w:after="0" w:line="240" w:lineRule="auto"/>
      </w:pPr>
      <w:r>
        <w:separator/>
      </w:r>
    </w:p>
  </w:footnote>
  <w:footnote w:type="continuationSeparator" w:id="0">
    <w:p w14:paraId="32BDCDB2" w14:textId="77777777" w:rsidR="00A26A07" w:rsidRDefault="00A26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5116"/>
    <w:rsid w:val="00326F90"/>
    <w:rsid w:val="00494CCC"/>
    <w:rsid w:val="00557094"/>
    <w:rsid w:val="00577E07"/>
    <w:rsid w:val="008174D4"/>
    <w:rsid w:val="008409CB"/>
    <w:rsid w:val="00A26A07"/>
    <w:rsid w:val="00AA1D8D"/>
    <w:rsid w:val="00B47730"/>
    <w:rsid w:val="00B6763B"/>
    <w:rsid w:val="00CB0664"/>
    <w:rsid w:val="00D03F64"/>
    <w:rsid w:val="00FC693F"/>
    <w:rsid w:val="00FE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BB369F"/>
  <w14:defaultImageDpi w14:val="300"/>
  <w15:docId w15:val="{41980982-35D1-466F-985F-44A7701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Aviz de amplasare</dc:title>
  <dc:subject/>
  <dc:creator/>
  <cp:keywords/>
  <dc:description>generated by python-docx</dc:description>
  <cp:lastModifiedBy>Secretariat</cp:lastModifiedBy>
  <cp:revision>5</cp:revision>
  <dcterms:created xsi:type="dcterms:W3CDTF">2013-12-23T23:15:00Z</dcterms:created>
  <dcterms:modified xsi:type="dcterms:W3CDTF">2026-10-29T10:07:00Z</dcterms:modified>
  <cp:category/>
</cp:coreProperties>
</file>