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C99505F" w14:textId="77777777" w:rsidR="007D083E" w:rsidRDefault="00043C9B">
      <w:pPr>
        <w:pStyle w:val="Title"/>
      </w:pPr>
      <w:r>
        <w:t>Răspuns la solicitarea de clarificări pentru notificare</w:t>
      </w:r>
    </w:p>
    <w:p w14:paraId="00AD46E0" w14:textId="64545381" w:rsidR="007D083E" w:rsidRPr="009E039E" w:rsidRDefault="00043C9B">
      <w:pPr>
        <w:rPr>
          <w:sz w:val="24"/>
          <w:szCs w:val="24"/>
        </w:rPr>
      </w:pPr>
      <w:r w:rsidRPr="009E039E">
        <w:rPr>
          <w:sz w:val="24"/>
          <w:szCs w:val="24"/>
        </w:rPr>
        <w:t xml:space="preserve">F_NOT_03, </w:t>
      </w:r>
      <w:proofErr w:type="spellStart"/>
      <w:r w:rsidRPr="009E039E">
        <w:rPr>
          <w:sz w:val="24"/>
          <w:szCs w:val="24"/>
        </w:rPr>
        <w:t>răspundeți</w:t>
      </w:r>
      <w:proofErr w:type="spellEnd"/>
      <w:r w:rsidRPr="009E039E">
        <w:rPr>
          <w:sz w:val="24"/>
          <w:szCs w:val="24"/>
        </w:rPr>
        <w:t xml:space="preserve"> punctual </w:t>
      </w:r>
      <w:proofErr w:type="spellStart"/>
      <w:r w:rsidRPr="009E039E">
        <w:rPr>
          <w:sz w:val="24"/>
          <w:szCs w:val="24"/>
        </w:rPr>
        <w:t>și</w:t>
      </w:r>
      <w:proofErr w:type="spellEnd"/>
      <w:r w:rsidRPr="009E039E">
        <w:rPr>
          <w:sz w:val="24"/>
          <w:szCs w:val="24"/>
        </w:rPr>
        <w:t xml:space="preserve"> depuneți documentele în termenul comunicat.</w:t>
      </w:r>
    </w:p>
    <w:p w14:paraId="1284A43E" w14:textId="77777777" w:rsidR="007D083E" w:rsidRPr="009E039E" w:rsidRDefault="00043C9B">
      <w:pPr>
        <w:pStyle w:val="Heading1"/>
        <w:rPr>
          <w:rFonts w:ascii="Aptos" w:hAnsi="Aptos"/>
          <w:sz w:val="24"/>
          <w:szCs w:val="24"/>
        </w:rPr>
      </w:pPr>
      <w:r w:rsidRPr="009E039E">
        <w:rPr>
          <w:rFonts w:ascii="Aptos" w:hAnsi="Aptos"/>
          <w:sz w:val="24"/>
          <w:szCs w:val="24"/>
        </w:rPr>
        <w:t>Documente și verificări</w:t>
      </w:r>
    </w:p>
    <w:p w14:paraId="059DA017" w14:textId="77777777" w:rsidR="007D083E" w:rsidRPr="009E039E" w:rsidRDefault="00043C9B">
      <w:pPr>
        <w:pStyle w:val="ListBullet"/>
        <w:rPr>
          <w:sz w:val="24"/>
          <w:szCs w:val="24"/>
        </w:rPr>
      </w:pPr>
      <w:proofErr w:type="gramStart"/>
      <w:r w:rsidRPr="009E039E">
        <w:rPr>
          <w:sz w:val="24"/>
          <w:szCs w:val="24"/>
        </w:rPr>
        <w:t>☐</w:t>
      </w:r>
      <w:r w:rsidRPr="009E039E">
        <w:rPr>
          <w:sz w:val="24"/>
          <w:szCs w:val="24"/>
        </w:rPr>
        <w:t xml:space="preserve">  Adresă</w:t>
      </w:r>
      <w:proofErr w:type="gramEnd"/>
      <w:r w:rsidRPr="009E039E">
        <w:rPr>
          <w:sz w:val="24"/>
          <w:szCs w:val="24"/>
        </w:rPr>
        <w:t xml:space="preserve"> cu numărul/data notificării și ale solicitării de clarificări.</w:t>
      </w:r>
    </w:p>
    <w:p w14:paraId="0B134EDD" w14:textId="77777777" w:rsidR="007D083E" w:rsidRPr="009E039E" w:rsidRDefault="00043C9B">
      <w:pPr>
        <w:pStyle w:val="ListBullet"/>
        <w:rPr>
          <w:sz w:val="24"/>
          <w:szCs w:val="24"/>
        </w:rPr>
      </w:pPr>
      <w:proofErr w:type="gramStart"/>
      <w:r w:rsidRPr="009E039E">
        <w:rPr>
          <w:sz w:val="24"/>
          <w:szCs w:val="24"/>
        </w:rPr>
        <w:t>☐</w:t>
      </w:r>
      <w:r w:rsidRPr="009E039E">
        <w:rPr>
          <w:sz w:val="24"/>
          <w:szCs w:val="24"/>
        </w:rPr>
        <w:t xml:space="preserve">  Răspuns</w:t>
      </w:r>
      <w:proofErr w:type="gramEnd"/>
      <w:r w:rsidRPr="009E039E">
        <w:rPr>
          <w:sz w:val="24"/>
          <w:szCs w:val="24"/>
        </w:rPr>
        <w:t xml:space="preserve"> punctual la fiecare întrebare și fiecare document/planșă cerută prin F_NOT_03.</w:t>
      </w:r>
    </w:p>
    <w:p w14:paraId="7EC52E77" w14:textId="77777777" w:rsidR="007D083E" w:rsidRPr="009E039E" w:rsidRDefault="00043C9B">
      <w:pPr>
        <w:pStyle w:val="ListBullet"/>
        <w:rPr>
          <w:sz w:val="24"/>
          <w:szCs w:val="24"/>
        </w:rPr>
      </w:pPr>
      <w:proofErr w:type="gramStart"/>
      <w:r w:rsidRPr="009E039E">
        <w:rPr>
          <w:sz w:val="24"/>
          <w:szCs w:val="24"/>
        </w:rPr>
        <w:t>☐</w:t>
      </w:r>
      <w:r w:rsidRPr="009E039E">
        <w:rPr>
          <w:sz w:val="24"/>
          <w:szCs w:val="24"/>
        </w:rPr>
        <w:t xml:space="preserve">  Dacă</w:t>
      </w:r>
      <w:proofErr w:type="gramEnd"/>
      <w:r w:rsidRPr="009E039E">
        <w:rPr>
          <w:sz w:val="24"/>
          <w:szCs w:val="24"/>
        </w:rPr>
        <w:t xml:space="preserve"> proiectul se modifică: piese revizuite, semnate de specialiștii responsabili, cu modificările </w:t>
      </w:r>
      <w:r w:rsidRPr="009E039E">
        <w:rPr>
          <w:sz w:val="24"/>
          <w:szCs w:val="24"/>
        </w:rPr>
        <w:t>identificabile.</w:t>
      </w:r>
    </w:p>
    <w:p w14:paraId="6D9479EF" w14:textId="77777777" w:rsidR="007D083E" w:rsidRPr="009E039E" w:rsidRDefault="00043C9B">
      <w:pPr>
        <w:pStyle w:val="ListBullet"/>
        <w:rPr>
          <w:sz w:val="24"/>
          <w:szCs w:val="24"/>
        </w:rPr>
      </w:pPr>
      <w:proofErr w:type="gramStart"/>
      <w:r w:rsidRPr="009E039E">
        <w:rPr>
          <w:sz w:val="24"/>
          <w:szCs w:val="24"/>
        </w:rPr>
        <w:t>☐</w:t>
      </w:r>
      <w:r w:rsidRPr="009E039E">
        <w:rPr>
          <w:sz w:val="24"/>
          <w:szCs w:val="24"/>
        </w:rPr>
        <w:t xml:space="preserve">  Depuneți</w:t>
      </w:r>
      <w:proofErr w:type="gramEnd"/>
      <w:r w:rsidRPr="009E039E">
        <w:rPr>
          <w:sz w:val="24"/>
          <w:szCs w:val="24"/>
        </w:rPr>
        <w:t xml:space="preserve"> în scris sau digital la autoritatea indicată și păstrați dovada transmiterii.</w:t>
      </w:r>
    </w:p>
    <w:p w14:paraId="7416C13A" w14:textId="77777777" w:rsidR="007D083E" w:rsidRPr="009E039E" w:rsidRDefault="00043C9B">
      <w:pPr>
        <w:pStyle w:val="ListBullet"/>
        <w:rPr>
          <w:sz w:val="24"/>
          <w:szCs w:val="24"/>
        </w:rPr>
      </w:pPr>
      <w:proofErr w:type="gramStart"/>
      <w:r w:rsidRPr="009E039E">
        <w:rPr>
          <w:sz w:val="24"/>
          <w:szCs w:val="24"/>
        </w:rPr>
        <w:t>☐</w:t>
      </w:r>
      <w:r w:rsidRPr="009E039E">
        <w:rPr>
          <w:sz w:val="24"/>
          <w:szCs w:val="24"/>
        </w:rPr>
        <w:t xml:space="preserve">  Termenul</w:t>
      </w:r>
      <w:proofErr w:type="gramEnd"/>
      <w:r w:rsidRPr="009E039E">
        <w:rPr>
          <w:sz w:val="24"/>
          <w:szCs w:val="24"/>
        </w:rPr>
        <w:t xml:space="preserve"> de începere a lucrărilor curge de la depunerea clarificărilor solicitate. Dacă vi se comunică necesitatea autorizației sau respingerea not</w:t>
      </w:r>
      <w:r w:rsidRPr="009E039E">
        <w:rPr>
          <w:sz w:val="24"/>
          <w:szCs w:val="24"/>
        </w:rPr>
        <w:t>ificării, nu începeți lucrările în baza notificării.</w:t>
      </w:r>
    </w:p>
    <w:sectPr w:rsidR="007D083E" w:rsidRPr="009E039E" w:rsidSect="00034616">
      <w:footerReference w:type="default" r:id="rId8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ADDA614" w14:textId="77777777" w:rsidR="00043C9B" w:rsidRDefault="00043C9B">
      <w:pPr>
        <w:spacing w:after="0" w:line="240" w:lineRule="auto"/>
      </w:pPr>
      <w:r>
        <w:separator/>
      </w:r>
    </w:p>
  </w:endnote>
  <w:endnote w:type="continuationSeparator" w:id="0">
    <w:p w14:paraId="5C5F4DDB" w14:textId="77777777" w:rsidR="00043C9B" w:rsidRDefault="00043C9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7B102A4" w14:textId="77777777" w:rsidR="007D083E" w:rsidRDefault="00043C9B">
    <w:pPr>
      <w:pStyle w:val="Footer"/>
    </w:pPr>
    <w:proofErr w:type="spellStart"/>
    <w:r>
      <w:t>Liste</w:t>
    </w:r>
    <w:proofErr w:type="spellEnd"/>
    <w:r>
      <w:t xml:space="preserve"> de </w:t>
    </w:r>
    <w:proofErr w:type="spellStart"/>
    <w:r>
      <w:t>verificare</w:t>
    </w:r>
    <w:proofErr w:type="spellEnd"/>
    <w:r>
      <w:t xml:space="preserve"> </w:t>
    </w:r>
    <w:proofErr w:type="spellStart"/>
    <w:r>
      <w:t>pentru</w:t>
    </w:r>
    <w:proofErr w:type="spellEnd"/>
    <w:r>
      <w:t xml:space="preserve"> </w:t>
    </w:r>
    <w:proofErr w:type="spellStart"/>
    <w:r>
      <w:t>depunerea</w:t>
    </w:r>
    <w:proofErr w:type="spellEnd"/>
    <w:r>
      <w:t xml:space="preserve"> </w:t>
    </w:r>
    <w:proofErr w:type="spellStart"/>
    <w:r>
      <w:t>cererilor</w:t>
    </w:r>
    <w:proofErr w:type="spellEnd"/>
    <w:r>
      <w:t xml:space="preserve"> | 6 </w:t>
    </w:r>
    <w:proofErr w:type="spellStart"/>
    <w:r>
      <w:t>octombrie</w:t>
    </w:r>
    <w:proofErr w:type="spellEnd"/>
    <w:r>
      <w:t xml:space="preserve"> 2026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0017C4E" w14:textId="77777777" w:rsidR="00043C9B" w:rsidRDefault="00043C9B">
      <w:pPr>
        <w:spacing w:after="0" w:line="240" w:lineRule="auto"/>
      </w:pPr>
      <w:r>
        <w:separator/>
      </w:r>
    </w:p>
  </w:footnote>
  <w:footnote w:type="continuationSeparator" w:id="0">
    <w:p w14:paraId="7560EBD1" w14:textId="77777777" w:rsidR="00043C9B" w:rsidRDefault="00043C9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43C9B"/>
    <w:rsid w:val="0006063C"/>
    <w:rsid w:val="0015074B"/>
    <w:rsid w:val="0019333E"/>
    <w:rsid w:val="001F2E4D"/>
    <w:rsid w:val="0029639D"/>
    <w:rsid w:val="002A3B93"/>
    <w:rsid w:val="00326F90"/>
    <w:rsid w:val="007D083E"/>
    <w:rsid w:val="009E039E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4E93122"/>
  <w14:defaultImageDpi w14:val="300"/>
  <w15:docId w15:val="{6CDDA0AA-5FC5-494E-9C90-EBAD38AD49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100"/>
    </w:pPr>
    <w:rPr>
      <w:rFonts w:ascii="Aptos" w:hAnsi="Aptos"/>
      <w:color w:val="2D3741"/>
      <w:sz w:val="20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007C91"/>
      <w:sz w:val="2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b/>
      <w:color w:val="17365D"/>
      <w:spacing w:val="5"/>
      <w:kern w:val="28"/>
      <w:sz w:val="4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107</Words>
  <Characters>624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730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Răspuns la solicitarea de clarificări pentru notificare</dc:title>
  <dc:subject/>
  <dc:creator/>
  <cp:keywords/>
  <dc:description>generated by python-docx</dc:description>
  <cp:lastModifiedBy>Secretariat</cp:lastModifiedBy>
  <cp:revision>3</cp:revision>
  <dcterms:created xsi:type="dcterms:W3CDTF">2013-12-23T23:15:00Z</dcterms:created>
  <dcterms:modified xsi:type="dcterms:W3CDTF">2026-10-29T10:08:00Z</dcterms:modified>
  <cp:category/>
</cp:coreProperties>
</file>