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F7750" w14:textId="77777777" w:rsidR="00907CD5" w:rsidRDefault="00F976C4">
      <w:pPr>
        <w:pStyle w:val="Title"/>
      </w:pPr>
      <w:r>
        <w:t>Solicitare privind stadiul notificării</w:t>
      </w:r>
    </w:p>
    <w:p w14:paraId="286121B7" w14:textId="7ACBEA63" w:rsidR="00907CD5" w:rsidRPr="0000082E" w:rsidRDefault="003C1DF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Formularul</w:t>
      </w:r>
      <w:proofErr w:type="spellEnd"/>
      <w:r>
        <w:rPr>
          <w:sz w:val="24"/>
          <w:szCs w:val="24"/>
        </w:rPr>
        <w:t xml:space="preserve"> </w:t>
      </w:r>
      <w:r w:rsidR="00F976C4" w:rsidRPr="0000082E">
        <w:rPr>
          <w:sz w:val="24"/>
          <w:szCs w:val="24"/>
        </w:rPr>
        <w:t xml:space="preserve">F_NOT_06 </w:t>
      </w:r>
    </w:p>
    <w:p w14:paraId="31572174" w14:textId="77777777" w:rsidR="00907CD5" w:rsidRPr="0000082E" w:rsidRDefault="00F976C4">
      <w:pPr>
        <w:pStyle w:val="Heading1"/>
        <w:rPr>
          <w:rFonts w:ascii="Aptos" w:hAnsi="Aptos"/>
          <w:sz w:val="24"/>
          <w:szCs w:val="24"/>
        </w:rPr>
      </w:pPr>
      <w:r w:rsidRPr="0000082E">
        <w:rPr>
          <w:rFonts w:ascii="Aptos" w:hAnsi="Aptos"/>
          <w:sz w:val="24"/>
          <w:szCs w:val="24"/>
        </w:rPr>
        <w:t>Documente și verificări</w:t>
      </w:r>
    </w:p>
    <w:p w14:paraId="76AB2CEA" w14:textId="77777777" w:rsidR="00907CD5" w:rsidRPr="0000082E" w:rsidRDefault="00F976C4">
      <w:pPr>
        <w:pStyle w:val="ListBullet"/>
        <w:rPr>
          <w:sz w:val="24"/>
          <w:szCs w:val="24"/>
        </w:rPr>
      </w:pPr>
      <w:proofErr w:type="gramStart"/>
      <w:r w:rsidRPr="0000082E">
        <w:rPr>
          <w:sz w:val="24"/>
          <w:szCs w:val="24"/>
        </w:rPr>
        <w:t>☐</w:t>
      </w:r>
      <w:r w:rsidRPr="0000082E">
        <w:rPr>
          <w:sz w:val="24"/>
          <w:szCs w:val="24"/>
        </w:rPr>
        <w:t xml:space="preserve">  F</w:t>
      </w:r>
      <w:proofErr w:type="gramEnd"/>
      <w:r w:rsidRPr="0000082E">
        <w:rPr>
          <w:sz w:val="24"/>
          <w:szCs w:val="24"/>
        </w:rPr>
        <w:t xml:space="preserve">_NOT_06 completat cu datele solicitantului și opțiunea de </w:t>
      </w:r>
      <w:r w:rsidRPr="0000082E">
        <w:rPr>
          <w:sz w:val="24"/>
          <w:szCs w:val="24"/>
        </w:rPr>
        <w:t>comunicare.</w:t>
      </w:r>
    </w:p>
    <w:p w14:paraId="1FE6FBAE" w14:textId="77777777" w:rsidR="00907CD5" w:rsidRPr="0000082E" w:rsidRDefault="00F976C4">
      <w:pPr>
        <w:pStyle w:val="ListBullet"/>
        <w:rPr>
          <w:sz w:val="24"/>
          <w:szCs w:val="24"/>
        </w:rPr>
      </w:pPr>
      <w:proofErr w:type="gramStart"/>
      <w:r w:rsidRPr="0000082E">
        <w:rPr>
          <w:sz w:val="24"/>
          <w:szCs w:val="24"/>
        </w:rPr>
        <w:t>☐</w:t>
      </w:r>
      <w:r w:rsidRPr="0000082E">
        <w:rPr>
          <w:sz w:val="24"/>
          <w:szCs w:val="24"/>
        </w:rPr>
        <w:t xml:space="preserve">  Numărul</w:t>
      </w:r>
      <w:proofErr w:type="gramEnd"/>
      <w:r w:rsidRPr="0000082E">
        <w:rPr>
          <w:sz w:val="24"/>
          <w:szCs w:val="24"/>
        </w:rPr>
        <w:t>/data notificării, beneficiarul, imobilul și obiectul/proiectul notificat.</w:t>
      </w:r>
    </w:p>
    <w:p w14:paraId="7B52009F" w14:textId="77777777" w:rsidR="00907CD5" w:rsidRPr="0000082E" w:rsidRDefault="00F976C4">
      <w:pPr>
        <w:pStyle w:val="ListBullet"/>
        <w:rPr>
          <w:sz w:val="24"/>
          <w:szCs w:val="24"/>
        </w:rPr>
      </w:pPr>
      <w:proofErr w:type="gramStart"/>
      <w:r w:rsidRPr="0000082E">
        <w:rPr>
          <w:sz w:val="24"/>
          <w:szCs w:val="24"/>
        </w:rPr>
        <w:t>☐</w:t>
      </w:r>
      <w:r w:rsidRPr="0000082E">
        <w:rPr>
          <w:sz w:val="24"/>
          <w:szCs w:val="24"/>
        </w:rPr>
        <w:t xml:space="preserve">  Împuternicirea</w:t>
      </w:r>
      <w:proofErr w:type="gramEnd"/>
      <w:r w:rsidRPr="0000082E">
        <w:rPr>
          <w:sz w:val="24"/>
          <w:szCs w:val="24"/>
        </w:rPr>
        <w:t>, dacă depune reprezentantul.</w:t>
      </w:r>
    </w:p>
    <w:p w14:paraId="13EEDFBB" w14:textId="77777777" w:rsidR="00907CD5" w:rsidRPr="0000082E" w:rsidRDefault="00F976C4">
      <w:pPr>
        <w:pStyle w:val="ListBullet"/>
        <w:rPr>
          <w:sz w:val="24"/>
          <w:szCs w:val="24"/>
        </w:rPr>
      </w:pPr>
      <w:proofErr w:type="gramStart"/>
      <w:r w:rsidRPr="0000082E">
        <w:rPr>
          <w:sz w:val="24"/>
          <w:szCs w:val="24"/>
        </w:rPr>
        <w:t>☐</w:t>
      </w:r>
      <w:r w:rsidRPr="0000082E">
        <w:rPr>
          <w:sz w:val="24"/>
          <w:szCs w:val="24"/>
        </w:rPr>
        <w:t xml:space="preserve">  Dovada</w:t>
      </w:r>
      <w:proofErr w:type="gramEnd"/>
      <w:r w:rsidRPr="0000082E">
        <w:rPr>
          <w:sz w:val="24"/>
          <w:szCs w:val="24"/>
        </w:rPr>
        <w:t xml:space="preserve"> unei taxe, dacă formularul sau reglementarea aplicabilă o prevede.</w:t>
      </w:r>
    </w:p>
    <w:p w14:paraId="4E09C819" w14:textId="77777777" w:rsidR="00907CD5" w:rsidRPr="0000082E" w:rsidRDefault="00F976C4">
      <w:pPr>
        <w:pStyle w:val="ListBullet"/>
        <w:rPr>
          <w:sz w:val="24"/>
          <w:szCs w:val="24"/>
        </w:rPr>
      </w:pPr>
      <w:proofErr w:type="gramStart"/>
      <w:r w:rsidRPr="0000082E">
        <w:rPr>
          <w:sz w:val="24"/>
          <w:szCs w:val="24"/>
        </w:rPr>
        <w:t>☐</w:t>
      </w:r>
      <w:r w:rsidRPr="0000082E">
        <w:rPr>
          <w:sz w:val="24"/>
          <w:szCs w:val="24"/>
        </w:rPr>
        <w:t xml:space="preserve">  Formularul</w:t>
      </w:r>
      <w:proofErr w:type="gramEnd"/>
      <w:r w:rsidRPr="0000082E">
        <w:rPr>
          <w:sz w:val="24"/>
          <w:szCs w:val="24"/>
        </w:rPr>
        <w:t>-sursă nu enumeră anex</w:t>
      </w:r>
      <w:r w:rsidRPr="0000082E">
        <w:rPr>
          <w:sz w:val="24"/>
          <w:szCs w:val="24"/>
        </w:rPr>
        <w:t>e legale distincte pentru această solicitare; păstrați dovada calității de reprezentant, dacă este cazul.</w:t>
      </w:r>
    </w:p>
    <w:sectPr w:rsidR="00907CD5" w:rsidRPr="0000082E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1935A" w14:textId="77777777" w:rsidR="00F976C4" w:rsidRDefault="00F976C4">
      <w:pPr>
        <w:spacing w:after="0" w:line="240" w:lineRule="auto"/>
      </w:pPr>
      <w:r>
        <w:separator/>
      </w:r>
    </w:p>
  </w:endnote>
  <w:endnote w:type="continuationSeparator" w:id="0">
    <w:p w14:paraId="3068E894" w14:textId="77777777" w:rsidR="00F976C4" w:rsidRDefault="00F97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95541" w14:textId="77777777" w:rsidR="00907CD5" w:rsidRDefault="00F976C4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</w:t>
    </w:r>
    <w:r>
      <w:t>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AF985" w14:textId="77777777" w:rsidR="00F976C4" w:rsidRDefault="00F976C4">
      <w:pPr>
        <w:spacing w:after="0" w:line="240" w:lineRule="auto"/>
      </w:pPr>
      <w:r>
        <w:separator/>
      </w:r>
    </w:p>
  </w:footnote>
  <w:footnote w:type="continuationSeparator" w:id="0">
    <w:p w14:paraId="08A1B2A1" w14:textId="77777777" w:rsidR="00F976C4" w:rsidRDefault="00F97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82E"/>
    <w:rsid w:val="00034616"/>
    <w:rsid w:val="0006063C"/>
    <w:rsid w:val="0015074B"/>
    <w:rsid w:val="001D1116"/>
    <w:rsid w:val="0029639D"/>
    <w:rsid w:val="00326F90"/>
    <w:rsid w:val="003A76EA"/>
    <w:rsid w:val="003C1DF5"/>
    <w:rsid w:val="00907CD5"/>
    <w:rsid w:val="00AA1D8D"/>
    <w:rsid w:val="00B47730"/>
    <w:rsid w:val="00CB0664"/>
    <w:rsid w:val="00F976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A9D6EE"/>
  <w14:defaultImageDpi w14:val="300"/>
  <w15:docId w15:val="{9A1694A5-7E25-4B98-B143-48B9F75B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Solicitare privind stadiul notificării</dc:title>
  <dc:subject/>
  <dc:creator/>
  <cp:keywords/>
  <dc:description>generated by python-docx</dc:description>
  <cp:lastModifiedBy>Secretariat</cp:lastModifiedBy>
  <cp:revision>3</cp:revision>
  <dcterms:created xsi:type="dcterms:W3CDTF">2013-12-23T23:15:00Z</dcterms:created>
  <dcterms:modified xsi:type="dcterms:W3CDTF">2026-10-29T10:09:00Z</dcterms:modified>
  <cp:category/>
</cp:coreProperties>
</file>