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846492" w14:paraId="6B47D613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1321443D" w14:textId="77777777" w:rsidR="00846492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487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487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7E439CB7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02E02068" w14:textId="77777777" w:rsidR="00846492" w:rsidRDefault="00846492">
            <w:pPr>
              <w:keepNext/>
            </w:pPr>
            <w:r>
              <w:t>BUZĂU</w:t>
            </w:r>
          </w:p>
        </w:tc>
      </w:tr>
      <w:tr w:rsidR="00846492" w14:paraId="2A035372" w14:textId="77777777">
        <w:trPr>
          <w:cantSplit/>
          <w:trHeight w:val="510"/>
        </w:trPr>
        <w:tc>
          <w:tcPr>
            <w:tcW w:w="1606" w:type="dxa"/>
            <w:vMerge/>
          </w:tcPr>
          <w:p w14:paraId="3DEC7BC2" w14:textId="77777777" w:rsidR="00846492" w:rsidRDefault="00846492"/>
        </w:tc>
        <w:tc>
          <w:tcPr>
            <w:tcW w:w="8030" w:type="dxa"/>
            <w:gridSpan w:val="3"/>
            <w:shd w:val="clear" w:color="auto" w:fill="F0F0F0"/>
          </w:tcPr>
          <w:p w14:paraId="34549EC3" w14:textId="77777777" w:rsidR="00846492" w:rsidRDefault="00000000">
            <w:pPr>
              <w:keepNext/>
            </w:pPr>
            <w:r>
              <w:t>PRIMĂRIA COMUNEI BOLDU</w:t>
            </w:r>
          </w:p>
          <w:p w14:paraId="2D5B7E26" w14:textId="77777777" w:rsidR="00846492" w:rsidRDefault="00846492">
            <w:pPr>
              <w:keepNext/>
            </w:pPr>
          </w:p>
        </w:tc>
      </w:tr>
      <w:tr w:rsidR="00846492" w14:paraId="1B600119" w14:textId="77777777">
        <w:trPr>
          <w:cantSplit/>
          <w:trHeight w:val="510"/>
        </w:trPr>
        <w:tc>
          <w:tcPr>
            <w:tcW w:w="1606" w:type="dxa"/>
            <w:vMerge/>
          </w:tcPr>
          <w:p w14:paraId="5CA4F582" w14:textId="77777777" w:rsidR="00846492" w:rsidRDefault="00846492"/>
        </w:tc>
        <w:tc>
          <w:tcPr>
            <w:tcW w:w="2409" w:type="dxa"/>
            <w:shd w:val="clear" w:color="auto" w:fill="F0F0F0"/>
          </w:tcPr>
          <w:p w14:paraId="3F6B65CD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(CIF)</w:t>
            </w:r>
          </w:p>
          <w:p w14:paraId="162D40B1" w14:textId="77777777" w:rsidR="00846492" w:rsidRPr="00AD1D4A" w:rsidRDefault="00846492">
            <w:pPr>
              <w:keepNext/>
              <w:rPr>
                <w:lang w:val="fr-FR"/>
              </w:rPr>
            </w:pPr>
            <w:r>
              <w:t>2407842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61178A42" w14:textId="77777777" w:rsidR="00846492" w:rsidRDefault="00000000">
            <w:pPr>
              <w:keepNext/>
            </w:pPr>
            <w:r>
              <w:t>Adresa</w:t>
            </w:r>
          </w:p>
          <w:p w14:paraId="5F1FFC83" w14:textId="77777777" w:rsidR="00846492" w:rsidRDefault="00000000">
            <w:pPr>
              <w:keepNext/>
            </w:pPr>
            <w:r>
              <w:t>Sat Boldu, comuna Boldu, județul Buzău</w:t>
            </w:r>
          </w:p>
          <w:p w14:paraId="69271510" w14:textId="77777777" w:rsidR="00846492" w:rsidRDefault="00846492">
            <w:pPr>
              <w:keepNext/>
            </w:pPr>
            <w:r>
              <w:t>Tel./Fax: 0238.576505; E-mail: contact@primariaboldu.ro</w:t>
            </w:r>
          </w:p>
        </w:tc>
      </w:tr>
      <w:tr w:rsidR="00846492" w14:paraId="394B77A6" w14:textId="77777777">
        <w:trPr>
          <w:cantSplit/>
          <w:trHeight w:val="510"/>
        </w:trPr>
        <w:tc>
          <w:tcPr>
            <w:tcW w:w="1606" w:type="dxa"/>
            <w:vMerge/>
          </w:tcPr>
          <w:p w14:paraId="4D16E057" w14:textId="77777777" w:rsidR="00846492" w:rsidRDefault="00846492"/>
        </w:tc>
        <w:tc>
          <w:tcPr>
            <w:tcW w:w="4818" w:type="dxa"/>
            <w:gridSpan w:val="2"/>
            <w:shd w:val="clear" w:color="auto" w:fill="F0F0F0"/>
          </w:tcPr>
          <w:p w14:paraId="01A955A8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5847BEA9" w14:textId="77777777" w:rsidR="00846492" w:rsidRDefault="00846492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536A2ED0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2B92C991" w14:textId="77777777" w:rsidR="00846492" w:rsidRDefault="00846492">
            <w:pPr>
              <w:keepNext/>
            </w:pPr>
          </w:p>
        </w:tc>
      </w:tr>
      <w:tr w:rsidR="00846492" w:rsidRPr="003869B3" w14:paraId="0BAF92F0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1F39E915" w14:textId="77777777" w:rsidR="00846492" w:rsidRPr="00AD1D4A" w:rsidRDefault="00000000">
            <w:pPr>
              <w:rPr>
                <w:lang w:val="fr-FR"/>
              </w:rPr>
            </w:pPr>
            <w:r w:rsidRPr="00AD1D4A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AD1D4A">
              <w:rPr>
                <w:i/>
                <w:color w:val="595959"/>
                <w:lang w:val="fr-FR"/>
              </w:rPr>
              <w:t>se</w:t>
            </w:r>
            <w:proofErr w:type="gramEnd"/>
            <w:r w:rsidRPr="00AD1D4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AD1D4A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AD1D4A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AD1D4A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scrie</w:t>
            </w:r>
            <w:proofErr w:type="spellEnd"/>
            <w:r w:rsidRPr="00AD1D4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în</w:t>
            </w:r>
            <w:proofErr w:type="spellEnd"/>
            <w:r w:rsidRPr="00AD1D4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AD1D4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69A4BF87" w14:textId="77777777" w:rsidR="00846492" w:rsidRPr="00AD1D4A" w:rsidRDefault="00846492">
      <w:pPr>
        <w:spacing w:line="168" w:lineRule="auto"/>
        <w:rPr>
          <w:lang w:val="fr-FR"/>
        </w:rPr>
      </w:pPr>
    </w:p>
    <w:p w14:paraId="70547CAD" w14:textId="77777777" w:rsidR="00846492" w:rsidRPr="00932ED5" w:rsidRDefault="00000000">
      <w:pPr>
        <w:spacing w:before="140" w:after="40"/>
        <w:jc w:val="center"/>
        <w:rPr>
          <w:sz w:val="28"/>
          <w:szCs w:val="28"/>
        </w:rPr>
      </w:pPr>
      <w:r w:rsidRPr="00932ED5">
        <w:rPr>
          <w:b/>
          <w:sz w:val="28"/>
          <w:szCs w:val="28"/>
        </w:rPr>
        <w:t>NOTIFICARE</w:t>
      </w:r>
    </w:p>
    <w:p w14:paraId="51E10078" w14:textId="77777777" w:rsidR="00846492" w:rsidRDefault="00846492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738BA778" w14:textId="77777777">
        <w:trPr>
          <w:cantSplit/>
        </w:trPr>
        <w:tc>
          <w:tcPr>
            <w:tcW w:w="9636" w:type="dxa"/>
            <w:shd w:val="clear" w:color="auto" w:fill="F4F4F4"/>
          </w:tcPr>
          <w:p w14:paraId="3FDBEFCF" w14:textId="77777777" w:rsidR="00846492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846492" w:rsidRPr="003869B3" w14:paraId="27F279BA" w14:textId="77777777">
        <w:trPr>
          <w:cantSplit/>
          <w:trHeight w:val="510"/>
        </w:trPr>
        <w:tc>
          <w:tcPr>
            <w:tcW w:w="9636" w:type="dxa"/>
          </w:tcPr>
          <w:p w14:paraId="4FA4AD8A" w14:textId="77777777" w:rsidR="00846492" w:rsidRPr="00AD1D4A" w:rsidRDefault="00000000">
            <w:pPr>
              <w:keepNext/>
              <w:rPr>
                <w:lang w:val="fr-FR"/>
              </w:rPr>
            </w:pPr>
            <w:proofErr w:type="spellStart"/>
            <w:r w:rsidRPr="00AD1D4A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7BA26637" w14:textId="77777777" w:rsidR="00846492" w:rsidRPr="00AD1D4A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AD1D4A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AD1D4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AD1D4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AD1D4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comunei</w:t>
            </w:r>
            <w:proofErr w:type="spellEnd"/>
            <w:r w:rsidRPr="00AD1D4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AD1D4A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sector</w:t>
            </w:r>
            <w:proofErr w:type="spellEnd"/>
            <w:r w:rsidRPr="00AD1D4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AD1D4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20383914" w14:textId="77777777" w:rsidR="00846492" w:rsidRPr="00AD1D4A" w:rsidRDefault="00846492">
            <w:pPr>
              <w:keepNext/>
              <w:rPr>
                <w:lang w:val="fr-FR"/>
              </w:rPr>
            </w:pPr>
          </w:p>
        </w:tc>
      </w:tr>
      <w:tr w:rsidR="00846492" w:rsidRPr="003869B3" w14:paraId="28848CD0" w14:textId="77777777">
        <w:trPr>
          <w:cantSplit/>
        </w:trPr>
        <w:tc>
          <w:tcPr>
            <w:tcW w:w="9636" w:type="dxa"/>
            <w:shd w:val="clear" w:color="auto" w:fill="F4F4F4"/>
          </w:tcPr>
          <w:p w14:paraId="1C3496A9" w14:textId="77777777" w:rsidR="00846492" w:rsidRPr="00AD1D4A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AD1D4A">
              <w:rPr>
                <w:lang w:val="fr-FR"/>
              </w:rPr>
              <w:t>Cererea</w:t>
            </w:r>
            <w:proofErr w:type="spellEnd"/>
            <w:r w:rsidRPr="00AD1D4A">
              <w:rPr>
                <w:lang w:val="fr-FR"/>
              </w:rPr>
              <w:t xml:space="preserve"> va fi </w:t>
            </w:r>
            <w:proofErr w:type="spellStart"/>
            <w:r w:rsidRPr="00AD1D4A">
              <w:rPr>
                <w:lang w:val="fr-FR"/>
              </w:rPr>
              <w:t>transmisă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către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președintele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consiliului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județean</w:t>
            </w:r>
            <w:proofErr w:type="spellEnd"/>
            <w:r w:rsidRPr="00AD1D4A">
              <w:rPr>
                <w:lang w:val="fr-FR"/>
              </w:rPr>
              <w:t xml:space="preserve">, </w:t>
            </w:r>
            <w:proofErr w:type="spellStart"/>
            <w:r w:rsidRPr="00AD1D4A">
              <w:rPr>
                <w:lang w:val="fr-FR"/>
              </w:rPr>
              <w:t>primarul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general</w:t>
            </w:r>
            <w:proofErr w:type="spellEnd"/>
            <w:r w:rsidRPr="00AD1D4A">
              <w:rPr>
                <w:lang w:val="fr-FR"/>
              </w:rPr>
              <w:t xml:space="preserve">, </w:t>
            </w:r>
            <w:proofErr w:type="spellStart"/>
            <w:r w:rsidRPr="00AD1D4A">
              <w:rPr>
                <w:lang w:val="fr-FR"/>
              </w:rPr>
              <w:t>primarul</w:t>
            </w:r>
            <w:proofErr w:type="spellEnd"/>
            <w:r w:rsidRPr="00AD1D4A">
              <w:rPr>
                <w:lang w:val="fr-FR"/>
              </w:rPr>
              <w:t xml:space="preserve"> de </w:t>
            </w:r>
            <w:proofErr w:type="spellStart"/>
            <w:r w:rsidRPr="00AD1D4A">
              <w:rPr>
                <w:lang w:val="fr-FR"/>
              </w:rPr>
              <w:t>sector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sau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primarul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municipiului</w:t>
            </w:r>
            <w:proofErr w:type="spellEnd"/>
            <w:r w:rsidRPr="00AD1D4A">
              <w:rPr>
                <w:lang w:val="fr-FR"/>
              </w:rPr>
              <w:t xml:space="preserve"> / </w:t>
            </w:r>
            <w:proofErr w:type="spellStart"/>
            <w:r w:rsidRPr="00AD1D4A">
              <w:rPr>
                <w:lang w:val="fr-FR"/>
              </w:rPr>
              <w:t>orașului</w:t>
            </w:r>
            <w:proofErr w:type="spellEnd"/>
            <w:r w:rsidRPr="00AD1D4A">
              <w:rPr>
                <w:lang w:val="fr-FR"/>
              </w:rPr>
              <w:t xml:space="preserve"> / </w:t>
            </w:r>
            <w:proofErr w:type="spellStart"/>
            <w:r w:rsidRPr="00AD1D4A">
              <w:rPr>
                <w:lang w:val="fr-FR"/>
              </w:rPr>
              <w:t>comunei</w:t>
            </w:r>
            <w:proofErr w:type="spellEnd"/>
            <w:r w:rsidRPr="00AD1D4A">
              <w:rPr>
                <w:lang w:val="fr-FR"/>
              </w:rPr>
              <w:t xml:space="preserve">, </w:t>
            </w:r>
            <w:proofErr w:type="spellStart"/>
            <w:r w:rsidRPr="00AD1D4A">
              <w:rPr>
                <w:lang w:val="fr-FR"/>
              </w:rPr>
              <w:t>după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caz</w:t>
            </w:r>
            <w:proofErr w:type="spellEnd"/>
            <w:r w:rsidRPr="00AD1D4A">
              <w:rPr>
                <w:lang w:val="fr-FR"/>
              </w:rPr>
              <w:t>.</w:t>
            </w:r>
          </w:p>
        </w:tc>
      </w:tr>
    </w:tbl>
    <w:p w14:paraId="001AE2FB" w14:textId="77777777"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846492" w14:paraId="7DF8417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2825B60" w14:textId="77777777" w:rsidR="00846492" w:rsidRDefault="00000000">
            <w:pPr>
              <w:keepNext/>
            </w:pPr>
            <w:r w:rsidRPr="00AD1D4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846492" w14:paraId="7E6A7A49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37F3BD42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1CB056C9" w14:textId="77777777" w:rsidR="00846492" w:rsidRDefault="00846492">
            <w:pPr>
              <w:keepNext/>
            </w:pPr>
          </w:p>
        </w:tc>
        <w:tc>
          <w:tcPr>
            <w:tcW w:w="4015" w:type="dxa"/>
            <w:gridSpan w:val="3"/>
          </w:tcPr>
          <w:p w14:paraId="33FE0D46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34500F5F" w14:textId="77777777" w:rsidR="00846492" w:rsidRDefault="00846492">
            <w:pPr>
              <w:keepNext/>
            </w:pPr>
          </w:p>
        </w:tc>
      </w:tr>
      <w:tr w:rsidR="00846492" w14:paraId="65BEB29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5E24D5C" w14:textId="77777777" w:rsidR="00846492" w:rsidRDefault="00000000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846492" w14:paraId="3F106F45" w14:textId="77777777">
        <w:trPr>
          <w:cantSplit/>
          <w:trHeight w:val="510"/>
        </w:trPr>
        <w:tc>
          <w:tcPr>
            <w:tcW w:w="1606" w:type="dxa"/>
          </w:tcPr>
          <w:p w14:paraId="5FD62179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34CEF7E6" w14:textId="77777777" w:rsidR="00846492" w:rsidRDefault="00846492">
            <w:pPr>
              <w:keepNext/>
            </w:pPr>
          </w:p>
        </w:tc>
        <w:tc>
          <w:tcPr>
            <w:tcW w:w="1606" w:type="dxa"/>
          </w:tcPr>
          <w:p w14:paraId="0308FD56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0AEB8A5C" w14:textId="77777777" w:rsidR="00846492" w:rsidRDefault="00846492">
            <w:pPr>
              <w:keepNext/>
            </w:pPr>
          </w:p>
        </w:tc>
        <w:tc>
          <w:tcPr>
            <w:tcW w:w="4818" w:type="dxa"/>
            <w:gridSpan w:val="5"/>
          </w:tcPr>
          <w:p w14:paraId="0927B528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535D7FCF" w14:textId="77777777" w:rsidR="00846492" w:rsidRDefault="00846492">
            <w:pPr>
              <w:keepNext/>
            </w:pPr>
          </w:p>
        </w:tc>
        <w:tc>
          <w:tcPr>
            <w:tcW w:w="1606" w:type="dxa"/>
          </w:tcPr>
          <w:p w14:paraId="44FD134D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3BDA4185" w14:textId="77777777" w:rsidR="00846492" w:rsidRDefault="00846492">
            <w:pPr>
              <w:keepNext/>
            </w:pPr>
          </w:p>
        </w:tc>
      </w:tr>
      <w:tr w:rsidR="00846492" w14:paraId="5C5C5885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4898FBE" w14:textId="77777777" w:rsidR="00846492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846492" w14:paraId="3CD32D4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DBCC0C1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2D3B8F2C" w14:textId="77777777" w:rsidR="00846492" w:rsidRDefault="00846492">
            <w:pPr>
              <w:keepNext/>
            </w:pPr>
          </w:p>
        </w:tc>
        <w:tc>
          <w:tcPr>
            <w:tcW w:w="3212" w:type="dxa"/>
            <w:gridSpan w:val="4"/>
          </w:tcPr>
          <w:p w14:paraId="60F04367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7C56BE00" w14:textId="77777777" w:rsidR="00846492" w:rsidRDefault="00846492">
            <w:pPr>
              <w:keepNext/>
            </w:pPr>
          </w:p>
        </w:tc>
        <w:tc>
          <w:tcPr>
            <w:tcW w:w="3212" w:type="dxa"/>
            <w:gridSpan w:val="2"/>
          </w:tcPr>
          <w:p w14:paraId="26C4024F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4899515D" w14:textId="77777777" w:rsidR="00846492" w:rsidRDefault="00846492">
            <w:pPr>
              <w:keepNext/>
            </w:pPr>
          </w:p>
        </w:tc>
      </w:tr>
      <w:tr w:rsidR="00846492" w14:paraId="2A8317DE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C7C19F7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FFCDC2B" w14:textId="77777777" w:rsidR="00846492" w:rsidRDefault="00846492">
            <w:pPr>
              <w:keepNext/>
            </w:pPr>
          </w:p>
        </w:tc>
        <w:tc>
          <w:tcPr>
            <w:tcW w:w="803" w:type="dxa"/>
          </w:tcPr>
          <w:p w14:paraId="72972360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B351E33" w14:textId="77777777" w:rsidR="00846492" w:rsidRDefault="00846492">
            <w:pPr>
              <w:keepNext/>
            </w:pPr>
          </w:p>
        </w:tc>
        <w:tc>
          <w:tcPr>
            <w:tcW w:w="803" w:type="dxa"/>
          </w:tcPr>
          <w:p w14:paraId="2FD45BFA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00D94A4F" w14:textId="77777777" w:rsidR="00846492" w:rsidRDefault="00846492">
            <w:pPr>
              <w:keepNext/>
            </w:pPr>
          </w:p>
        </w:tc>
        <w:tc>
          <w:tcPr>
            <w:tcW w:w="803" w:type="dxa"/>
          </w:tcPr>
          <w:p w14:paraId="2B046CED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3D38ABA" w14:textId="77777777" w:rsidR="00846492" w:rsidRDefault="00846492">
            <w:pPr>
              <w:keepNext/>
            </w:pPr>
          </w:p>
        </w:tc>
        <w:tc>
          <w:tcPr>
            <w:tcW w:w="803" w:type="dxa"/>
          </w:tcPr>
          <w:p w14:paraId="457DE39D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991DEB2" w14:textId="77777777" w:rsidR="00846492" w:rsidRDefault="00846492">
            <w:pPr>
              <w:keepNext/>
            </w:pPr>
          </w:p>
        </w:tc>
        <w:tc>
          <w:tcPr>
            <w:tcW w:w="1606" w:type="dxa"/>
          </w:tcPr>
          <w:p w14:paraId="3C191247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8DF0FCD" w14:textId="77777777" w:rsidR="00846492" w:rsidRDefault="00846492">
            <w:pPr>
              <w:keepNext/>
            </w:pPr>
          </w:p>
        </w:tc>
        <w:tc>
          <w:tcPr>
            <w:tcW w:w="1606" w:type="dxa"/>
          </w:tcPr>
          <w:p w14:paraId="106DF56E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656D3B26" w14:textId="77777777" w:rsidR="00846492" w:rsidRDefault="00846492">
            <w:pPr>
              <w:keepNext/>
            </w:pPr>
          </w:p>
        </w:tc>
      </w:tr>
      <w:tr w:rsidR="00846492" w14:paraId="23177AC9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2376B2E" w14:textId="77777777" w:rsidR="00846492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846492" w14:paraId="4FED465A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56CE37E7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40438351" w14:textId="77777777" w:rsidR="00846492" w:rsidRDefault="00846492">
            <w:pPr>
              <w:keepNext/>
            </w:pPr>
          </w:p>
        </w:tc>
        <w:tc>
          <w:tcPr>
            <w:tcW w:w="5621" w:type="dxa"/>
            <w:gridSpan w:val="5"/>
          </w:tcPr>
          <w:p w14:paraId="79119190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320A4B08" w14:textId="77777777" w:rsidR="00846492" w:rsidRDefault="00846492">
            <w:pPr>
              <w:keepNext/>
            </w:pPr>
          </w:p>
        </w:tc>
      </w:tr>
      <w:tr w:rsidR="00846492" w:rsidRPr="003869B3" w14:paraId="02C440B7" w14:textId="77777777">
        <w:trPr>
          <w:cantSplit/>
        </w:trPr>
        <w:tc>
          <w:tcPr>
            <w:tcW w:w="9636" w:type="dxa"/>
            <w:gridSpan w:val="8"/>
          </w:tcPr>
          <w:p w14:paraId="5CB0B95E" w14:textId="77777777" w:rsidR="00846492" w:rsidRPr="00AD1D4A" w:rsidRDefault="00000000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 ☐ </w:t>
            </w:r>
            <w:proofErr w:type="spellStart"/>
            <w:r w:rsidRPr="00AD1D4A">
              <w:rPr>
                <w:sz w:val="16"/>
                <w:lang w:val="fr-FR"/>
              </w:rPr>
              <w:t>titular</w:t>
            </w:r>
            <w:proofErr w:type="spellEnd"/>
            <w:r w:rsidRPr="00AD1D4A">
              <w:rPr>
                <w:sz w:val="16"/>
                <w:lang w:val="fr-FR"/>
              </w:rPr>
              <w:t xml:space="preserve"> al </w:t>
            </w:r>
            <w:proofErr w:type="spellStart"/>
            <w:r w:rsidRPr="00AD1D4A">
              <w:rPr>
                <w:sz w:val="16"/>
                <w:lang w:val="fr-FR"/>
              </w:rPr>
              <w:t>dreptului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proprietate</w:t>
            </w:r>
            <w:proofErr w:type="spellEnd"/>
            <w:r w:rsidRPr="00AD1D4A">
              <w:rPr>
                <w:sz w:val="16"/>
                <w:lang w:val="fr-FR"/>
              </w:rPr>
              <w:t xml:space="preserve">     ☐ </w:t>
            </w:r>
            <w:proofErr w:type="spellStart"/>
            <w:r w:rsidRPr="00AD1D4A">
              <w:rPr>
                <w:sz w:val="16"/>
                <w:lang w:val="fr-FR"/>
              </w:rPr>
              <w:t>împuternicit</w:t>
            </w:r>
            <w:proofErr w:type="spellEnd"/>
            <w:r w:rsidRPr="00AD1D4A">
              <w:rPr>
                <w:sz w:val="16"/>
                <w:lang w:val="fr-FR"/>
              </w:rPr>
              <w:t xml:space="preserve"> al </w:t>
            </w:r>
            <w:proofErr w:type="spellStart"/>
            <w:r w:rsidRPr="00AD1D4A">
              <w:rPr>
                <w:sz w:val="16"/>
                <w:lang w:val="fr-FR"/>
              </w:rPr>
              <w:t>titularului</w:t>
            </w:r>
            <w:proofErr w:type="spellEnd"/>
          </w:p>
        </w:tc>
      </w:tr>
    </w:tbl>
    <w:p w14:paraId="3DF35FBB" w14:textId="77777777"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1606"/>
        <w:gridCol w:w="1606"/>
        <w:gridCol w:w="1606"/>
      </w:tblGrid>
      <w:tr w:rsidR="00AD1D4A" w14:paraId="5929B42D" w14:textId="77777777" w:rsidTr="00F80068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0123E58B" w14:textId="77777777" w:rsidR="00AD1D4A" w:rsidRDefault="00AD1D4A" w:rsidP="00F80068">
            <w:pPr>
              <w:keepNext/>
            </w:pP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D1D4A" w14:paraId="5039B336" w14:textId="77777777" w:rsidTr="00F80068">
        <w:trPr>
          <w:cantSplit/>
          <w:trHeight w:val="510"/>
        </w:trPr>
        <w:tc>
          <w:tcPr>
            <w:tcW w:w="4818" w:type="dxa"/>
          </w:tcPr>
          <w:p w14:paraId="2FF20268" w14:textId="77777777" w:rsidR="00AD1D4A" w:rsidRDefault="00AD1D4A" w:rsidP="00F80068">
            <w:pPr>
              <w:keepNext/>
            </w:pPr>
            <w:proofErr w:type="spellStart"/>
            <w:r>
              <w:rPr>
                <w:b/>
                <w:color w:val="0D5F78"/>
              </w:rPr>
              <w:t>Localizare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adresă</w:t>
            </w:r>
            <w:proofErr w:type="spellEnd"/>
          </w:p>
          <w:p w14:paraId="72532FD6" w14:textId="77777777" w:rsidR="00AD1D4A" w:rsidRDefault="00AD1D4A" w:rsidP="00F80068">
            <w:pPr>
              <w:keepNext/>
            </w:pPr>
          </w:p>
        </w:tc>
        <w:tc>
          <w:tcPr>
            <w:tcW w:w="1606" w:type="dxa"/>
          </w:tcPr>
          <w:p w14:paraId="7C5F1FB2" w14:textId="77777777" w:rsidR="00AD1D4A" w:rsidRDefault="00AD1D4A" w:rsidP="00F80068">
            <w:pPr>
              <w:keepNext/>
            </w:pPr>
            <w:r>
              <w:rPr>
                <w:b/>
                <w:color w:val="0D5F78"/>
              </w:rPr>
              <w:t>Nr. cadastral</w:t>
            </w:r>
          </w:p>
          <w:p w14:paraId="684FF2B6" w14:textId="77777777" w:rsidR="00AD1D4A" w:rsidRDefault="00AD1D4A" w:rsidP="00F80068">
            <w:pPr>
              <w:keepNext/>
            </w:pPr>
          </w:p>
        </w:tc>
        <w:tc>
          <w:tcPr>
            <w:tcW w:w="1606" w:type="dxa"/>
          </w:tcPr>
          <w:p w14:paraId="5E1F247B" w14:textId="77777777" w:rsidR="00AD1D4A" w:rsidRDefault="00AD1D4A" w:rsidP="00F80068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</w:p>
          <w:p w14:paraId="6BC75FE4" w14:textId="77777777" w:rsidR="00AD1D4A" w:rsidRDefault="00AD1D4A" w:rsidP="00F80068">
            <w:pPr>
              <w:keepNext/>
            </w:pPr>
          </w:p>
        </w:tc>
        <w:tc>
          <w:tcPr>
            <w:tcW w:w="1606" w:type="dxa"/>
          </w:tcPr>
          <w:p w14:paraId="5AB6AC88" w14:textId="77777777" w:rsidR="00AD1D4A" w:rsidRDefault="00AD1D4A" w:rsidP="00F80068">
            <w:pPr>
              <w:keepNext/>
            </w:pPr>
            <w:proofErr w:type="spellStart"/>
            <w:r>
              <w:rPr>
                <w:b/>
                <w:color w:val="0D5F78"/>
              </w:rPr>
              <w:t>Suprafață</w:t>
            </w:r>
            <w:proofErr w:type="spellEnd"/>
            <w:r>
              <w:rPr>
                <w:b/>
                <w:color w:val="0D5F78"/>
              </w:rPr>
              <w:t xml:space="preserve"> (</w:t>
            </w:r>
            <w:proofErr w:type="spellStart"/>
            <w:r>
              <w:rPr>
                <w:b/>
                <w:color w:val="0D5F78"/>
              </w:rPr>
              <w:t>mp</w:t>
            </w:r>
            <w:proofErr w:type="spellEnd"/>
            <w:r>
              <w:rPr>
                <w:b/>
                <w:color w:val="0D5F78"/>
              </w:rPr>
              <w:t>)</w:t>
            </w:r>
          </w:p>
          <w:p w14:paraId="2D05BD3E" w14:textId="77777777" w:rsidR="00AD1D4A" w:rsidRDefault="00AD1D4A" w:rsidP="00F80068">
            <w:pPr>
              <w:keepNext/>
            </w:pPr>
          </w:p>
        </w:tc>
      </w:tr>
      <w:tr w:rsidR="00AD1D4A" w14:paraId="3339180E" w14:textId="77777777" w:rsidTr="00F80068">
        <w:trPr>
          <w:cantSplit/>
        </w:trPr>
        <w:tc>
          <w:tcPr>
            <w:tcW w:w="9636" w:type="dxa"/>
            <w:gridSpan w:val="4"/>
          </w:tcPr>
          <w:p w14:paraId="509D0797" w14:textId="77777777" w:rsidR="00AD1D4A" w:rsidRDefault="00AD1D4A" w:rsidP="00F80068">
            <w:pPr>
              <w:keepNext/>
            </w:pPr>
            <w:r>
              <w:rPr>
                <w:sz w:val="16"/>
              </w:rPr>
              <w:t xml:space="preserve">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intravilan</w:t>
            </w:r>
            <w:proofErr w:type="spellEnd"/>
            <w:r>
              <w:rPr>
                <w:sz w:val="16"/>
              </w:rPr>
              <w:t xml:space="preserve">    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extravilan</w:t>
            </w:r>
            <w:proofErr w:type="spellEnd"/>
            <w:r>
              <w:rPr>
                <w:sz w:val="16"/>
              </w:rPr>
              <w:t xml:space="preserve">    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mediu</w:t>
            </w:r>
            <w:proofErr w:type="spellEnd"/>
            <w:r>
              <w:rPr>
                <w:sz w:val="16"/>
              </w:rPr>
              <w:t xml:space="preserve"> rural    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mediu</w:t>
            </w:r>
            <w:proofErr w:type="spellEnd"/>
            <w:r>
              <w:rPr>
                <w:sz w:val="16"/>
              </w:rPr>
              <w:t xml:space="preserve"> urban</w:t>
            </w:r>
          </w:p>
        </w:tc>
      </w:tr>
      <w:tr w:rsidR="00AD1D4A" w:rsidRPr="003869B3" w14:paraId="69FFC6D8" w14:textId="77777777" w:rsidTr="00F80068">
        <w:trPr>
          <w:cantSplit/>
        </w:trPr>
        <w:tc>
          <w:tcPr>
            <w:tcW w:w="9636" w:type="dxa"/>
            <w:gridSpan w:val="4"/>
          </w:tcPr>
          <w:p w14:paraId="305C8FA7" w14:textId="77777777" w:rsidR="00AD1D4A" w:rsidRPr="00AD1D4A" w:rsidRDefault="00AD1D4A" w:rsidP="00F80068">
            <w:pPr>
              <w:keepNext/>
              <w:rPr>
                <w:lang w:val="fr-FR"/>
              </w:rPr>
            </w:pPr>
            <w:r>
              <w:rPr>
                <w:sz w:val="16"/>
              </w:rPr>
              <w:t xml:space="preserve"> </w:t>
            </w: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localitate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rurală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zonă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proofErr w:type="gramStart"/>
            <w:r w:rsidRPr="00AD1D4A">
              <w:rPr>
                <w:sz w:val="16"/>
                <w:lang w:val="fr-FR"/>
              </w:rPr>
              <w:t>metropolitană</w:t>
            </w:r>
            <w:proofErr w:type="spellEnd"/>
            <w:r w:rsidRPr="00AD1D4A">
              <w:rPr>
                <w:sz w:val="16"/>
                <w:lang w:val="fr-FR"/>
              </w:rPr>
              <w:t>:</w:t>
            </w:r>
            <w:proofErr w:type="gramEnd"/>
            <w:r w:rsidRPr="00AD1D4A">
              <w:rPr>
                <w:sz w:val="16"/>
                <w:lang w:val="fr-FR"/>
              </w:rPr>
              <w:t xml:space="preserve"> DA     </w:t>
            </w: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NU     </w:t>
            </w: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neaplicabil</w:t>
            </w:r>
            <w:proofErr w:type="spellEnd"/>
          </w:p>
        </w:tc>
      </w:tr>
      <w:tr w:rsidR="00AD1D4A" w:rsidRPr="003869B3" w14:paraId="042EFAE0" w14:textId="77777777" w:rsidTr="00F80068">
        <w:trPr>
          <w:cantSplit/>
          <w:trHeight w:val="510"/>
        </w:trPr>
        <w:tc>
          <w:tcPr>
            <w:tcW w:w="9636" w:type="dxa"/>
            <w:gridSpan w:val="4"/>
          </w:tcPr>
          <w:p w14:paraId="147C29C2" w14:textId="77777777" w:rsidR="00AD1D4A" w:rsidRPr="00AD1D4A" w:rsidRDefault="00AD1D4A" w:rsidP="00F80068">
            <w:pPr>
              <w:keepNext/>
              <w:rPr>
                <w:lang w:val="fr-FR"/>
              </w:rPr>
            </w:pPr>
            <w:proofErr w:type="spellStart"/>
            <w:r w:rsidRPr="00AD1D4A">
              <w:rPr>
                <w:b/>
                <w:color w:val="0D5F78"/>
                <w:lang w:val="fr-FR"/>
              </w:rPr>
              <w:t>Documentația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urbanism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/ UTR /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reglementarea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aplicabilă</w:t>
            </w:r>
            <w:proofErr w:type="spellEnd"/>
          </w:p>
          <w:p w14:paraId="7A5AB06B" w14:textId="77777777" w:rsidR="00AD1D4A" w:rsidRPr="00AD1D4A" w:rsidRDefault="00AD1D4A" w:rsidP="00F80068">
            <w:pPr>
              <w:keepNext/>
              <w:rPr>
                <w:lang w:val="fr-FR"/>
              </w:rPr>
            </w:pPr>
          </w:p>
        </w:tc>
      </w:tr>
      <w:tr w:rsidR="00AD1D4A" w14:paraId="29E39CB8" w14:textId="77777777" w:rsidTr="00F80068">
        <w:trPr>
          <w:cantSplit/>
        </w:trPr>
        <w:tc>
          <w:tcPr>
            <w:tcW w:w="9636" w:type="dxa"/>
            <w:gridSpan w:val="4"/>
          </w:tcPr>
          <w:p w14:paraId="195B1C8C" w14:textId="77777777" w:rsidR="00AD1D4A" w:rsidRPr="00AD1D4A" w:rsidRDefault="00AD1D4A" w:rsidP="00F80068">
            <w:pPr>
              <w:rPr>
                <w:lang w:val="fr-FR"/>
              </w:rPr>
            </w:pP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afara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zonelor</w:t>
            </w:r>
            <w:proofErr w:type="spellEnd"/>
            <w:r w:rsidRPr="00AD1D4A">
              <w:rPr>
                <w:sz w:val="16"/>
                <w:lang w:val="fr-FR"/>
              </w:rPr>
              <w:t xml:space="preserve"> construite </w:t>
            </w:r>
            <w:proofErr w:type="spellStart"/>
            <w:r w:rsidRPr="00AD1D4A">
              <w:rPr>
                <w:sz w:val="16"/>
                <w:lang w:val="fr-FR"/>
              </w:rPr>
              <w:t>protejate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și</w:t>
            </w:r>
            <w:proofErr w:type="spellEnd"/>
            <w:r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Pr="00AD1D4A">
              <w:rPr>
                <w:sz w:val="16"/>
                <w:lang w:val="fr-FR"/>
              </w:rPr>
              <w:t>zonelor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protecție</w:t>
            </w:r>
            <w:proofErr w:type="spellEnd"/>
            <w:r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Pr="00AD1D4A">
              <w:rPr>
                <w:sz w:val="16"/>
                <w:lang w:val="fr-FR"/>
              </w:rPr>
              <w:t>monumentelor</w:t>
            </w:r>
            <w:proofErr w:type="spellEnd"/>
          </w:p>
          <w:p w14:paraId="5762F10A" w14:textId="77777777" w:rsidR="00AD1D4A" w:rsidRPr="00AD1D4A" w:rsidRDefault="00AD1D4A" w:rsidP="00F80068">
            <w:pPr>
              <w:rPr>
                <w:lang w:val="fr-FR"/>
              </w:rPr>
            </w:pP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zonă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construită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protejată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zonă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protecție</w:t>
            </w:r>
            <w:proofErr w:type="spellEnd"/>
            <w:r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Pr="00AD1D4A">
              <w:rPr>
                <w:sz w:val="16"/>
                <w:lang w:val="fr-FR"/>
              </w:rPr>
              <w:t>monumentului</w:t>
            </w:r>
            <w:proofErr w:type="spellEnd"/>
          </w:p>
          <w:p w14:paraId="09C5DFBB" w14:textId="77777777" w:rsidR="00AD1D4A" w:rsidRDefault="00AD1D4A" w:rsidP="00F80068"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monument </w:t>
            </w:r>
            <w:proofErr w:type="spellStart"/>
            <w:r>
              <w:rPr>
                <w:sz w:val="16"/>
              </w:rPr>
              <w:t>istoric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curs de </w:t>
            </w:r>
            <w:proofErr w:type="spellStart"/>
            <w:r>
              <w:rPr>
                <w:sz w:val="16"/>
              </w:rPr>
              <w:t>clasare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valoare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arhitecturală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istorică</w:t>
            </w:r>
            <w:proofErr w:type="spellEnd"/>
          </w:p>
          <w:p w14:paraId="0724CD46" w14:textId="77777777" w:rsidR="00AD1D4A" w:rsidRDefault="00AD1D4A" w:rsidP="00F80068"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alt </w:t>
            </w:r>
            <w:proofErr w:type="spellStart"/>
            <w:r>
              <w:rPr>
                <w:sz w:val="16"/>
              </w:rPr>
              <w:t>regim</w:t>
            </w:r>
            <w:proofErr w:type="spellEnd"/>
            <w:r>
              <w:rPr>
                <w:sz w:val="16"/>
              </w:rPr>
              <w:t xml:space="preserve"> special</w:t>
            </w:r>
          </w:p>
        </w:tc>
      </w:tr>
    </w:tbl>
    <w:p w14:paraId="49B46F46" w14:textId="7F20C751" w:rsidR="00AD1D4A" w:rsidRDefault="00AD1D4A">
      <w:pPr>
        <w:spacing w:before="80" w:after="60"/>
        <w:jc w:val="center"/>
        <w:rPr>
          <w:sz w:val="18"/>
        </w:rPr>
      </w:pPr>
      <w:proofErr w:type="spellStart"/>
      <w:r w:rsidRPr="00AD1D4A">
        <w:rPr>
          <w:sz w:val="18"/>
        </w:rPr>
        <w:t>în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temeiul</w:t>
      </w:r>
      <w:proofErr w:type="spellEnd"/>
      <w:r w:rsidRPr="00AD1D4A">
        <w:rPr>
          <w:sz w:val="18"/>
        </w:rPr>
        <w:t xml:space="preserve"> art. 294–298 </w:t>
      </w:r>
      <w:r>
        <w:rPr>
          <w:sz w:val="18"/>
        </w:rPr>
        <w:t xml:space="preserve">din </w:t>
      </w:r>
      <w:r w:rsidRPr="00AD1D4A">
        <w:rPr>
          <w:sz w:val="18"/>
        </w:rPr>
        <w:t>Leg</w:t>
      </w:r>
      <w:r>
        <w:rPr>
          <w:sz w:val="18"/>
        </w:rPr>
        <w:t xml:space="preserve">ea </w:t>
      </w:r>
      <w:r w:rsidRPr="00AD1D4A">
        <w:rPr>
          <w:sz w:val="18"/>
        </w:rPr>
        <w:t xml:space="preserve">nr. 169/2026 </w:t>
      </w:r>
      <w:proofErr w:type="spellStart"/>
      <w:r w:rsidRPr="00AD1D4A">
        <w:rPr>
          <w:sz w:val="18"/>
        </w:rPr>
        <w:t>privind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Codul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amenajării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teritoriului</w:t>
      </w:r>
      <w:proofErr w:type="spellEnd"/>
      <w:r w:rsidRPr="00AD1D4A">
        <w:rPr>
          <w:sz w:val="18"/>
        </w:rPr>
        <w:t xml:space="preserve">, </w:t>
      </w:r>
      <w:proofErr w:type="spellStart"/>
      <w:r w:rsidRPr="00AD1D4A">
        <w:rPr>
          <w:sz w:val="18"/>
        </w:rPr>
        <w:t>urbanismului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și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construcțiilor</w:t>
      </w:r>
      <w:proofErr w:type="spellEnd"/>
      <w:r w:rsidRPr="00AD1D4A">
        <w:rPr>
          <w:sz w:val="18"/>
        </w:rPr>
        <w:t>,</w:t>
      </w:r>
    </w:p>
    <w:p w14:paraId="0CB86961" w14:textId="77777777" w:rsidR="00D2019F" w:rsidRDefault="00000000" w:rsidP="007C5D68">
      <w:pPr>
        <w:spacing w:before="80" w:after="60"/>
        <w:jc w:val="center"/>
        <w:rPr>
          <w:sz w:val="18"/>
        </w:rPr>
      </w:pPr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notific</w:t>
      </w:r>
      <w:proofErr w:type="spellEnd"/>
      <w:r w:rsidRPr="00AD1D4A">
        <w:rPr>
          <w:sz w:val="18"/>
        </w:rPr>
        <w:t xml:space="preserve"> </w:t>
      </w:r>
    </w:p>
    <w:p w14:paraId="3836DA1E" w14:textId="278B64AA" w:rsidR="00846492" w:rsidRDefault="00846492"/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47CC1166" w14:textId="77777777">
        <w:trPr>
          <w:cantSplit/>
        </w:trPr>
        <w:tc>
          <w:tcPr>
            <w:tcW w:w="9636" w:type="dxa"/>
            <w:shd w:val="clear" w:color="auto" w:fill="F4F4F4"/>
          </w:tcPr>
          <w:p w14:paraId="2B5A71CA" w14:textId="4F17B5DB" w:rsidR="00846492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 w:rsidR="00932ED5">
              <w:rPr>
                <w:b/>
                <w:sz w:val="16"/>
              </w:rPr>
              <w:t xml:space="preserve">EXECUTAREA URMĂTOARELOR </w:t>
            </w:r>
            <w:r>
              <w:rPr>
                <w:b/>
                <w:color w:val="000000"/>
                <w:sz w:val="18"/>
              </w:rPr>
              <w:t>LUCRĂRI</w:t>
            </w:r>
          </w:p>
        </w:tc>
      </w:tr>
      <w:tr w:rsidR="00846492" w14:paraId="56D845C5" w14:textId="77777777">
        <w:trPr>
          <w:cantSplit/>
        </w:trPr>
        <w:tc>
          <w:tcPr>
            <w:tcW w:w="9636" w:type="dxa"/>
            <w:shd w:val="clear" w:color="auto" w:fill="F4F4F4"/>
          </w:tcPr>
          <w:p w14:paraId="7AC446AD" w14:textId="02FE3DFF" w:rsidR="00846492" w:rsidRDefault="00000000">
            <w:pPr>
              <w:keepNext/>
            </w:pPr>
            <w:r>
              <w:rPr>
                <w:sz w:val="16"/>
              </w:rPr>
              <w:t xml:space="preserve"> A · </w:t>
            </w:r>
            <w:proofErr w:type="spellStart"/>
            <w:r>
              <w:rPr>
                <w:sz w:val="16"/>
              </w:rPr>
              <w:t>Lucrări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noi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mediul</w:t>
            </w:r>
            <w:proofErr w:type="spellEnd"/>
            <w:r>
              <w:rPr>
                <w:sz w:val="16"/>
              </w:rPr>
              <w:t xml:space="preserve"> rural,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intravila</w:t>
            </w:r>
            <w:r w:rsidR="007C5D68">
              <w:rPr>
                <w:sz w:val="16"/>
              </w:rPr>
              <w:t>n</w:t>
            </w:r>
            <w:proofErr w:type="spellEnd"/>
            <w:r w:rsidR="007C5D68">
              <w:rPr>
                <w:sz w:val="16"/>
              </w:rPr>
              <w:t xml:space="preserve">, din </w:t>
            </w:r>
            <w:proofErr w:type="spellStart"/>
            <w:r w:rsidR="007C5D68">
              <w:rPr>
                <w:sz w:val="16"/>
              </w:rPr>
              <w:t>categoria</w:t>
            </w:r>
            <w:proofErr w:type="spellEnd"/>
            <w:r w:rsidR="007C5D68">
              <w:rPr>
                <w:sz w:val="16"/>
              </w:rPr>
              <w:t xml:space="preserve"> </w:t>
            </w:r>
            <w:proofErr w:type="spellStart"/>
            <w:r w:rsidR="007C5D68">
              <w:rPr>
                <w:sz w:val="16"/>
              </w:rPr>
              <w:t>celor</w:t>
            </w:r>
            <w:proofErr w:type="spellEnd"/>
            <w:r w:rsidR="007C5D68">
              <w:rPr>
                <w:sz w:val="16"/>
              </w:rPr>
              <w:t xml:space="preserve"> </w:t>
            </w:r>
            <w:proofErr w:type="spellStart"/>
            <w:r w:rsidR="007C5D68">
              <w:rPr>
                <w:sz w:val="16"/>
              </w:rPr>
              <w:t>prevăzute</w:t>
            </w:r>
            <w:proofErr w:type="spellEnd"/>
            <w:r w:rsidR="007C5D68">
              <w:rPr>
                <w:sz w:val="16"/>
              </w:rPr>
              <w:t xml:space="preserve"> la </w:t>
            </w:r>
            <w:r>
              <w:rPr>
                <w:sz w:val="16"/>
              </w:rPr>
              <w:t xml:space="preserve">art. 294 </w:t>
            </w:r>
            <w:proofErr w:type="spellStart"/>
            <w:r>
              <w:rPr>
                <w:sz w:val="16"/>
              </w:rPr>
              <w:t>alin</w:t>
            </w:r>
            <w:proofErr w:type="spellEnd"/>
            <w:r>
              <w:rPr>
                <w:sz w:val="16"/>
              </w:rPr>
              <w:t>. (2) lit. a)</w:t>
            </w:r>
            <w:r w:rsidR="007C5D68">
              <w:rPr>
                <w:sz w:val="16"/>
              </w:rPr>
              <w:t xml:space="preserve"> din Legea nr. 169/2026</w:t>
            </w:r>
          </w:p>
        </w:tc>
      </w:tr>
      <w:tr w:rsidR="00846492" w:rsidRPr="003869B3" w14:paraId="7CDD9B28" w14:textId="77777777">
        <w:trPr>
          <w:cantSplit/>
        </w:trPr>
        <w:tc>
          <w:tcPr>
            <w:tcW w:w="9636" w:type="dxa"/>
          </w:tcPr>
          <w:p w14:paraId="41F97833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A.1 </w:t>
            </w:r>
            <w:proofErr w:type="spellStart"/>
            <w:r w:rsidRPr="00AD1D4A">
              <w:rPr>
                <w:sz w:val="16"/>
                <w:lang w:val="fr-FR"/>
              </w:rPr>
              <w:t>construcții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noi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exterioare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locuinței</w:t>
            </w:r>
            <w:proofErr w:type="spellEnd"/>
            <w:r w:rsidRPr="00AD1D4A">
              <w:rPr>
                <w:sz w:val="16"/>
                <w:lang w:val="fr-FR"/>
              </w:rPr>
              <w:t xml:space="preserve"> unifamiliale (</w:t>
            </w:r>
            <w:proofErr w:type="spellStart"/>
            <w:r w:rsidRPr="00AD1D4A">
              <w:rPr>
                <w:sz w:val="16"/>
                <w:lang w:val="fr-FR"/>
              </w:rPr>
              <w:t>garaje</w:t>
            </w:r>
            <w:proofErr w:type="spellEnd"/>
            <w:r w:rsidRPr="00AD1D4A">
              <w:rPr>
                <w:sz w:val="16"/>
                <w:lang w:val="fr-FR"/>
              </w:rPr>
              <w:t xml:space="preserve">, </w:t>
            </w:r>
            <w:proofErr w:type="spellStart"/>
            <w:r w:rsidRPr="00AD1D4A">
              <w:rPr>
                <w:sz w:val="16"/>
                <w:lang w:val="fr-FR"/>
              </w:rPr>
              <w:t>terase</w:t>
            </w:r>
            <w:proofErr w:type="spellEnd"/>
            <w:r w:rsidRPr="00AD1D4A">
              <w:rPr>
                <w:sz w:val="16"/>
                <w:lang w:val="fr-FR"/>
              </w:rPr>
              <w:t xml:space="preserve">, </w:t>
            </w:r>
            <w:proofErr w:type="spellStart"/>
            <w:r w:rsidRPr="00AD1D4A">
              <w:rPr>
                <w:sz w:val="16"/>
                <w:lang w:val="fr-FR"/>
              </w:rPr>
              <w:t>pergole</w:t>
            </w:r>
            <w:proofErr w:type="spellEnd"/>
            <w:r w:rsidRPr="00AD1D4A">
              <w:rPr>
                <w:sz w:val="16"/>
                <w:lang w:val="fr-FR"/>
              </w:rPr>
              <w:t>, piscine…)</w:t>
            </w:r>
          </w:p>
          <w:p w14:paraId="1A850A01" w14:textId="5FFFDA1D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A.2 o </w:t>
            </w:r>
            <w:proofErr w:type="spellStart"/>
            <w:r w:rsidRPr="00AD1D4A">
              <w:rPr>
                <w:sz w:val="16"/>
                <w:lang w:val="fr-FR"/>
              </w:rPr>
              <w:t>singură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locuință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unifamilială</w:t>
            </w:r>
            <w:proofErr w:type="spellEnd"/>
            <w:r w:rsidRPr="00AD1D4A">
              <w:rPr>
                <w:sz w:val="16"/>
                <w:lang w:val="fr-FR"/>
              </w:rPr>
              <w:t xml:space="preserve"> (P </w:t>
            </w:r>
            <w:proofErr w:type="spellStart"/>
            <w:r w:rsidRPr="00AD1D4A">
              <w:rPr>
                <w:sz w:val="16"/>
                <w:lang w:val="fr-FR"/>
              </w:rPr>
              <w:t>sau</w:t>
            </w:r>
            <w:proofErr w:type="spellEnd"/>
            <w:r w:rsidRPr="00AD1D4A">
              <w:rPr>
                <w:sz w:val="16"/>
                <w:lang w:val="fr-FR"/>
              </w:rPr>
              <w:t xml:space="preserve"> D+P, max. 150 </w:t>
            </w:r>
            <w:proofErr w:type="spellStart"/>
            <w:r w:rsidRPr="00AD1D4A">
              <w:rPr>
                <w:sz w:val="16"/>
                <w:lang w:val="fr-FR"/>
              </w:rPr>
              <w:t>mp</w:t>
            </w:r>
            <w:proofErr w:type="spellEnd"/>
            <w:r w:rsidR="00D2019F">
              <w:rPr>
                <w:sz w:val="16"/>
                <w:lang w:val="fr-FR"/>
              </w:rPr>
              <w:t xml:space="preserve">) : </w:t>
            </w:r>
            <w:r w:rsidR="00D2019F"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D2019F"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bază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proofErr w:type="gramStart"/>
            <w:r w:rsidRPr="00AD1D4A">
              <w:rPr>
                <w:sz w:val="16"/>
                <w:lang w:val="fr-FR"/>
              </w:rPr>
              <w:t>proiect</w:t>
            </w:r>
            <w:proofErr w:type="spellEnd"/>
            <w:r w:rsidR="007F39C2">
              <w:rPr>
                <w:sz w:val="16"/>
                <w:lang w:val="fr-FR"/>
              </w:rPr>
              <w:t xml:space="preserve"> </w:t>
            </w:r>
            <w:r w:rsidR="00D2019F">
              <w:rPr>
                <w:sz w:val="16"/>
                <w:lang w:val="fr-FR"/>
              </w:rPr>
              <w:t xml:space="preserve"> /</w:t>
            </w:r>
            <w:proofErr w:type="gramEnd"/>
            <w:r w:rsidR="00D2019F">
              <w:rPr>
                <w:sz w:val="16"/>
                <w:lang w:val="fr-FR"/>
              </w:rPr>
              <w:t xml:space="preserve"> </w:t>
            </w:r>
            <w:r w:rsidR="00D2019F"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D2019F"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proofErr w:type="spellStart"/>
            <w:r w:rsidR="00D2019F" w:rsidRPr="00AD1D4A">
              <w:rPr>
                <w:sz w:val="16"/>
                <w:lang w:val="fr-FR"/>
              </w:rPr>
              <w:t>pe</w:t>
            </w:r>
            <w:proofErr w:type="spellEnd"/>
            <w:r w:rsidR="00D2019F"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="00D2019F" w:rsidRPr="00AD1D4A">
              <w:rPr>
                <w:sz w:val="16"/>
                <w:lang w:val="fr-FR"/>
              </w:rPr>
              <w:t>bază</w:t>
            </w:r>
            <w:proofErr w:type="spellEnd"/>
            <w:r w:rsidR="00D2019F"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="00D2019F" w:rsidRPr="00AD1D4A">
              <w:rPr>
                <w:sz w:val="16"/>
                <w:lang w:val="fr-FR"/>
              </w:rPr>
              <w:t>proiect</w:t>
            </w:r>
            <w:proofErr w:type="spellEnd"/>
            <w:r w:rsidR="00D2019F">
              <w:rPr>
                <w:sz w:val="16"/>
                <w:lang w:val="fr-FR"/>
              </w:rPr>
              <w:t>-tip</w:t>
            </w:r>
          </w:p>
        </w:tc>
      </w:tr>
      <w:tr w:rsidR="00846492" w14:paraId="0B8A69FC" w14:textId="77777777">
        <w:trPr>
          <w:cantSplit/>
        </w:trPr>
        <w:tc>
          <w:tcPr>
            <w:tcW w:w="9636" w:type="dxa"/>
            <w:shd w:val="clear" w:color="auto" w:fill="F4F4F4"/>
          </w:tcPr>
          <w:p w14:paraId="5C9642B8" w14:textId="79EAAD23" w:rsidR="00846492" w:rsidRDefault="00000000">
            <w:pPr>
              <w:keepNext/>
            </w:pPr>
            <w:r w:rsidRPr="00AD1D4A">
              <w:rPr>
                <w:sz w:val="16"/>
                <w:lang w:val="fr-FR"/>
              </w:rPr>
              <w:t xml:space="preserve"> B · </w:t>
            </w:r>
            <w:proofErr w:type="spellStart"/>
            <w:r w:rsidRPr="00AD1D4A">
              <w:rPr>
                <w:sz w:val="16"/>
                <w:lang w:val="fr-FR"/>
              </w:rPr>
              <w:t>Intervenții</w:t>
            </w:r>
            <w:proofErr w:type="spellEnd"/>
            <w:r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Pr="00AD1D4A">
              <w:rPr>
                <w:sz w:val="16"/>
                <w:lang w:val="fr-FR"/>
              </w:rPr>
              <w:t>construcții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existente</w:t>
            </w:r>
            <w:proofErr w:type="spellEnd"/>
            <w:r w:rsidRPr="00AD1D4A">
              <w:rPr>
                <w:sz w:val="16"/>
                <w:lang w:val="fr-FR"/>
              </w:rPr>
              <w:t xml:space="preserve"> — </w:t>
            </w:r>
            <w:proofErr w:type="spellStart"/>
            <w:r w:rsidR="007C5D68" w:rsidRPr="007C5D68">
              <w:rPr>
                <w:sz w:val="16"/>
                <w:lang w:val="fr-FR"/>
              </w:rPr>
              <w:t>din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categoria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celor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prevăzute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la art. 294 </w:t>
            </w:r>
            <w:proofErr w:type="spellStart"/>
            <w:r w:rsidR="007C5D68" w:rsidRPr="007C5D68">
              <w:rPr>
                <w:sz w:val="16"/>
                <w:lang w:val="fr-FR"/>
              </w:rPr>
              <w:t>alin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. </w:t>
            </w:r>
            <w:r w:rsidR="007C5D68">
              <w:rPr>
                <w:sz w:val="16"/>
              </w:rPr>
              <w:t>(2) lit. b) din Legea nr. 169/2026</w:t>
            </w:r>
          </w:p>
        </w:tc>
      </w:tr>
    </w:tbl>
    <w:p w14:paraId="2E89E498" w14:textId="77777777" w:rsidR="007C5D68" w:rsidRDefault="007C5D68">
      <w:pPr>
        <w:keepNext/>
        <w:rPr>
          <w:sz w:val="16"/>
        </w:rPr>
        <w:sectPr w:rsidR="007C5D68" w:rsidSect="007C5D68">
          <w:footerReference w:type="default" r:id="rId8"/>
          <w:headerReference w:type="first" r:id="rId9"/>
          <w:footerReference w:type="first" r:id="rId10"/>
          <w:pgSz w:w="11906" w:h="16838"/>
          <w:pgMar w:top="567" w:right="1134" w:bottom="454" w:left="1134" w:header="720" w:footer="227" w:gutter="0"/>
          <w:cols w:space="720"/>
          <w:titlePg/>
          <w:docGrid w:linePitch="360"/>
        </w:sect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4732131E" w14:textId="77777777">
        <w:trPr>
          <w:cantSplit/>
        </w:trPr>
        <w:tc>
          <w:tcPr>
            <w:tcW w:w="9636" w:type="dxa"/>
          </w:tcPr>
          <w:p w14:paraId="5810938E" w14:textId="77777777" w:rsidR="00846492" w:rsidRDefault="00000000">
            <w:pPr>
              <w:keepNext/>
            </w:pPr>
            <w:r>
              <w:rPr>
                <w:sz w:val="16"/>
              </w:rPr>
              <w:t xml:space="preserve">☐ B.1 </w:t>
            </w:r>
            <w:proofErr w:type="spellStart"/>
            <w:r>
              <w:rPr>
                <w:sz w:val="16"/>
              </w:rPr>
              <w:t>împrejmuiri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noi</w:t>
            </w:r>
            <w:proofErr w:type="spellEnd"/>
          </w:p>
          <w:p w14:paraId="0EF99278" w14:textId="77777777" w:rsidR="00846492" w:rsidRDefault="00000000">
            <w:pPr>
              <w:keepNext/>
            </w:pPr>
            <w:r>
              <w:rPr>
                <w:sz w:val="16"/>
              </w:rPr>
              <w:t xml:space="preserve">☐ B.2 </w:t>
            </w:r>
            <w:proofErr w:type="spellStart"/>
            <w:r>
              <w:rPr>
                <w:sz w:val="16"/>
              </w:rPr>
              <w:t>înlocuire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reconfigurare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acoperiș</w:t>
            </w:r>
            <w:proofErr w:type="spellEnd"/>
          </w:p>
          <w:p w14:paraId="1774BDF1" w14:textId="77777777" w:rsidR="00846492" w:rsidRDefault="00000000">
            <w:pPr>
              <w:keepNext/>
            </w:pPr>
            <w:r>
              <w:rPr>
                <w:sz w:val="16"/>
              </w:rPr>
              <w:t xml:space="preserve">☐ B.3 </w:t>
            </w:r>
            <w:proofErr w:type="spellStart"/>
            <w:r>
              <w:rPr>
                <w:sz w:val="16"/>
              </w:rPr>
              <w:t>amenajare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mansardă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pod existent</w:t>
            </w:r>
          </w:p>
          <w:p w14:paraId="74A790CD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B.4 </w:t>
            </w:r>
            <w:proofErr w:type="spellStart"/>
            <w:r w:rsidRPr="00AD1D4A">
              <w:rPr>
                <w:sz w:val="16"/>
                <w:lang w:val="fr-FR"/>
              </w:rPr>
              <w:t>renovare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extindere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bucătărie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sau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gramStart"/>
            <w:r w:rsidRPr="00AD1D4A">
              <w:rPr>
                <w:sz w:val="16"/>
                <w:lang w:val="fr-FR"/>
              </w:rPr>
              <w:t>baie;</w:t>
            </w:r>
            <w:proofErr w:type="gram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închidere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unitară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logii</w:t>
            </w:r>
            <w:proofErr w:type="spellEnd"/>
          </w:p>
          <w:p w14:paraId="5B6B08E6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B.5 </w:t>
            </w:r>
            <w:proofErr w:type="spellStart"/>
            <w:r w:rsidRPr="00AD1D4A">
              <w:rPr>
                <w:sz w:val="16"/>
                <w:lang w:val="fr-FR"/>
              </w:rPr>
              <w:t>compartimentări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nestructurale</w:t>
            </w:r>
            <w:proofErr w:type="spellEnd"/>
          </w:p>
          <w:p w14:paraId="34414648" w14:textId="77777777" w:rsidR="00846492" w:rsidRDefault="00000000">
            <w:pPr>
              <w:keepNext/>
            </w:pPr>
            <w:r>
              <w:rPr>
                <w:sz w:val="16"/>
              </w:rPr>
              <w:t xml:space="preserve">☐ B.6 </w:t>
            </w:r>
            <w:proofErr w:type="spellStart"/>
            <w:r>
              <w:rPr>
                <w:sz w:val="16"/>
              </w:rPr>
              <w:t>remodelări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fațade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fără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rol</w:t>
            </w:r>
            <w:proofErr w:type="spellEnd"/>
            <w:r>
              <w:rPr>
                <w:sz w:val="16"/>
              </w:rPr>
              <w:t xml:space="preserve"> structural</w:t>
            </w:r>
          </w:p>
        </w:tc>
      </w:tr>
    </w:tbl>
    <w:p w14:paraId="7B137162" w14:textId="77777777" w:rsidR="007C5D68" w:rsidRPr="007F39C2" w:rsidRDefault="007C5D68">
      <w:pPr>
        <w:keepNext/>
        <w:rPr>
          <w:sz w:val="16"/>
        </w:rPr>
        <w:sectPr w:rsidR="007C5D68" w:rsidRPr="007F39C2" w:rsidSect="007C5D68">
          <w:type w:val="continuous"/>
          <w:pgSz w:w="11906" w:h="16838"/>
          <w:pgMar w:top="567" w:right="1134" w:bottom="454" w:left="1134" w:header="720" w:footer="227" w:gutter="0"/>
          <w:cols w:num="2" w:space="720"/>
          <w:docGrid w:linePitch="360"/>
        </w:sect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:rsidRPr="003869B3" w14:paraId="12083C8B" w14:textId="77777777">
        <w:trPr>
          <w:cantSplit/>
        </w:trPr>
        <w:tc>
          <w:tcPr>
            <w:tcW w:w="9636" w:type="dxa"/>
          </w:tcPr>
          <w:p w14:paraId="6714535E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B.7 </w:t>
            </w:r>
            <w:proofErr w:type="spellStart"/>
            <w:r w:rsidRPr="00AD1D4A">
              <w:rPr>
                <w:sz w:val="16"/>
                <w:lang w:val="fr-FR"/>
              </w:rPr>
              <w:t>reabilitare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energetică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unitară</w:t>
            </w:r>
            <w:proofErr w:type="spellEnd"/>
            <w:r w:rsidRPr="00AD1D4A">
              <w:rPr>
                <w:sz w:val="16"/>
                <w:lang w:val="fr-FR"/>
              </w:rPr>
              <w:t xml:space="preserve"> (</w:t>
            </w:r>
            <w:proofErr w:type="spellStart"/>
            <w:r w:rsidRPr="00AD1D4A">
              <w:rPr>
                <w:sz w:val="16"/>
                <w:lang w:val="fr-FR"/>
              </w:rPr>
              <w:t>clădiri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locuit</w:t>
            </w:r>
            <w:proofErr w:type="spellEnd"/>
            <w:r w:rsidRPr="00AD1D4A">
              <w:rPr>
                <w:sz w:val="16"/>
                <w:lang w:val="fr-FR"/>
              </w:rPr>
              <w:t xml:space="preserve">, max. 3 </w:t>
            </w:r>
            <w:proofErr w:type="spellStart"/>
            <w:r w:rsidRPr="00AD1D4A">
              <w:rPr>
                <w:sz w:val="16"/>
                <w:lang w:val="fr-FR"/>
              </w:rPr>
              <w:t>niveluri</w:t>
            </w:r>
            <w:proofErr w:type="spellEnd"/>
            <w:r w:rsidRPr="00AD1D4A">
              <w:rPr>
                <w:sz w:val="16"/>
                <w:lang w:val="fr-FR"/>
              </w:rPr>
              <w:t>)</w:t>
            </w:r>
          </w:p>
          <w:p w14:paraId="11CF2574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B.8 </w:t>
            </w:r>
            <w:proofErr w:type="spellStart"/>
            <w:r w:rsidRPr="00AD1D4A">
              <w:rPr>
                <w:sz w:val="16"/>
                <w:lang w:val="fr-FR"/>
              </w:rPr>
              <w:t>compartimentări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demontabile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ușoare</w:t>
            </w:r>
            <w:proofErr w:type="spellEnd"/>
          </w:p>
          <w:p w14:paraId="52DC809F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B.9 </w:t>
            </w:r>
            <w:proofErr w:type="spellStart"/>
            <w:r w:rsidRPr="00AD1D4A">
              <w:rPr>
                <w:sz w:val="16"/>
                <w:lang w:val="fr-FR"/>
              </w:rPr>
              <w:t>schimbare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destinație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fără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lucrări</w:t>
            </w:r>
            <w:proofErr w:type="spellEnd"/>
          </w:p>
          <w:p w14:paraId="703F376A" w14:textId="77777777" w:rsidR="00846492" w:rsidRDefault="00000000">
            <w:pPr>
              <w:keepNext/>
            </w:pPr>
            <w:r>
              <w:rPr>
                <w:sz w:val="16"/>
              </w:rPr>
              <w:t xml:space="preserve">☐ B.10 </w:t>
            </w:r>
            <w:proofErr w:type="spellStart"/>
            <w:r>
              <w:rPr>
                <w:sz w:val="16"/>
              </w:rPr>
              <w:t>grupuri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sanitare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camere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tehnice</w:t>
            </w:r>
            <w:proofErr w:type="spellEnd"/>
            <w:r>
              <w:rPr>
                <w:sz w:val="16"/>
              </w:rPr>
              <w:t xml:space="preserve"> (max. 25 </w:t>
            </w:r>
            <w:proofErr w:type="spellStart"/>
            <w:r>
              <w:rPr>
                <w:sz w:val="16"/>
              </w:rPr>
              <w:t>mp</w:t>
            </w:r>
            <w:proofErr w:type="spellEnd"/>
            <w:r>
              <w:rPr>
                <w:sz w:val="16"/>
              </w:rPr>
              <w:t>)</w:t>
            </w:r>
          </w:p>
          <w:p w14:paraId="443DCDAD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B.11 </w:t>
            </w:r>
            <w:proofErr w:type="spellStart"/>
            <w:r w:rsidRPr="00AD1D4A">
              <w:rPr>
                <w:sz w:val="16"/>
                <w:lang w:val="fr-FR"/>
              </w:rPr>
              <w:t>întreținere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reparații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curente</w:t>
            </w:r>
            <w:proofErr w:type="spellEnd"/>
            <w:r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Pr="00AD1D4A">
              <w:rPr>
                <w:sz w:val="16"/>
                <w:lang w:val="fr-FR"/>
              </w:rPr>
              <w:t>rețele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edilitare</w:t>
            </w:r>
            <w:proofErr w:type="spellEnd"/>
          </w:p>
        </w:tc>
      </w:tr>
    </w:tbl>
    <w:p w14:paraId="33F1B876" w14:textId="77777777" w:rsidR="007C5D68" w:rsidRDefault="007C5D68">
      <w:pPr>
        <w:keepNext/>
        <w:rPr>
          <w:sz w:val="16"/>
          <w:lang w:val="fr-FR"/>
        </w:rPr>
        <w:sectPr w:rsidR="007C5D68" w:rsidSect="007C5D68">
          <w:type w:val="continuous"/>
          <w:pgSz w:w="11906" w:h="16838"/>
          <w:pgMar w:top="567" w:right="1134" w:bottom="454" w:left="1134" w:header="720" w:footer="227" w:gutter="0"/>
          <w:cols w:num="2" w:space="720"/>
          <w:docGrid w:linePitch="360"/>
        </w:sect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:rsidRPr="007C5D68" w14:paraId="72161EA7" w14:textId="77777777">
        <w:trPr>
          <w:cantSplit/>
        </w:trPr>
        <w:tc>
          <w:tcPr>
            <w:tcW w:w="9636" w:type="dxa"/>
            <w:shd w:val="clear" w:color="auto" w:fill="F4F4F4"/>
          </w:tcPr>
          <w:p w14:paraId="61075A0A" w14:textId="5E5087B1" w:rsidR="00846492" w:rsidRPr="007C5D68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lastRenderedPageBreak/>
              <w:t xml:space="preserve"> C ·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zone de </w:t>
            </w:r>
            <w:proofErr w:type="spellStart"/>
            <w:r w:rsidRPr="00AD1D4A">
              <w:rPr>
                <w:sz w:val="16"/>
                <w:lang w:val="fr-FR"/>
              </w:rPr>
              <w:t>protecție</w:t>
            </w:r>
            <w:proofErr w:type="spellEnd"/>
            <w:r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Pr="00AD1D4A">
              <w:rPr>
                <w:sz w:val="16"/>
                <w:lang w:val="fr-FR"/>
              </w:rPr>
              <w:t>monumentelor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sau</w:t>
            </w:r>
            <w:proofErr w:type="spellEnd"/>
            <w:r w:rsidRPr="00AD1D4A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AD1D4A">
              <w:rPr>
                <w:sz w:val="16"/>
                <w:lang w:val="fr-FR"/>
              </w:rPr>
              <w:t>protejate</w:t>
            </w:r>
            <w:proofErr w:type="spellEnd"/>
            <w:r w:rsidRPr="00AD1D4A">
              <w:rPr>
                <w:sz w:val="16"/>
                <w:lang w:val="fr-FR"/>
              </w:rPr>
              <w:t xml:space="preserve"> —</w:t>
            </w:r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din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categoria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celor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prevăzute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la</w:t>
            </w:r>
            <w:r w:rsidRPr="00AD1D4A">
              <w:rPr>
                <w:sz w:val="16"/>
                <w:lang w:val="fr-FR"/>
              </w:rPr>
              <w:t xml:space="preserve"> art. 294 </w:t>
            </w:r>
            <w:proofErr w:type="spellStart"/>
            <w:r w:rsidRPr="00AD1D4A">
              <w:rPr>
                <w:sz w:val="16"/>
                <w:lang w:val="fr-FR"/>
              </w:rPr>
              <w:t>alin</w:t>
            </w:r>
            <w:proofErr w:type="spellEnd"/>
            <w:r w:rsidRPr="00AD1D4A">
              <w:rPr>
                <w:sz w:val="16"/>
                <w:lang w:val="fr-FR"/>
              </w:rPr>
              <w:t xml:space="preserve">. </w:t>
            </w:r>
            <w:r w:rsidRPr="007C5D68">
              <w:rPr>
                <w:sz w:val="16"/>
                <w:lang w:val="fr-FR"/>
              </w:rPr>
              <w:t>(3)</w:t>
            </w:r>
            <w:r w:rsidR="007C5D68">
              <w:rPr>
                <w:sz w:val="16"/>
                <w:lang w:val="fr-FR"/>
              </w:rPr>
              <w:t xml:space="preserve"> </w:t>
            </w:r>
            <w:r w:rsidR="007C5D68">
              <w:rPr>
                <w:sz w:val="16"/>
              </w:rPr>
              <w:t>din Legea nr. 169/2026</w:t>
            </w:r>
          </w:p>
        </w:tc>
      </w:tr>
      <w:tr w:rsidR="00846492" w:rsidRPr="003869B3" w14:paraId="4142E776" w14:textId="77777777">
        <w:trPr>
          <w:cantSplit/>
        </w:trPr>
        <w:tc>
          <w:tcPr>
            <w:tcW w:w="9636" w:type="dxa"/>
          </w:tcPr>
          <w:p w14:paraId="55A2D185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C.1 </w:t>
            </w:r>
            <w:proofErr w:type="spellStart"/>
            <w:r w:rsidRPr="00AD1D4A">
              <w:rPr>
                <w:sz w:val="16"/>
                <w:lang w:val="fr-FR"/>
              </w:rPr>
              <w:t>reparații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întreținere</w:t>
            </w:r>
            <w:proofErr w:type="spellEnd"/>
            <w:r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Pr="00AD1D4A">
              <w:rPr>
                <w:sz w:val="16"/>
                <w:lang w:val="fr-FR"/>
              </w:rPr>
              <w:t>construcții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existente</w:t>
            </w:r>
            <w:proofErr w:type="spellEnd"/>
          </w:p>
          <w:p w14:paraId="624CC809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C.2 </w:t>
            </w:r>
            <w:proofErr w:type="spellStart"/>
            <w:r w:rsidRPr="00AD1D4A">
              <w:rPr>
                <w:sz w:val="16"/>
                <w:lang w:val="fr-FR"/>
              </w:rPr>
              <w:t>reparații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interioare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și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înlocuiri</w:t>
            </w:r>
            <w:proofErr w:type="spellEnd"/>
          </w:p>
          <w:p w14:paraId="36A2F09D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C.3 </w:t>
            </w:r>
            <w:proofErr w:type="spellStart"/>
            <w:r w:rsidRPr="00AD1D4A">
              <w:rPr>
                <w:sz w:val="16"/>
                <w:lang w:val="fr-FR"/>
              </w:rPr>
              <w:t>reparații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împrejmuiri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acoperișuri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terase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ziduri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sprijin</w:t>
            </w:r>
            <w:proofErr w:type="spellEnd"/>
          </w:p>
          <w:p w14:paraId="23F58DBB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C.4 </w:t>
            </w:r>
            <w:proofErr w:type="spellStart"/>
            <w:r w:rsidRPr="00AD1D4A">
              <w:rPr>
                <w:sz w:val="16"/>
                <w:lang w:val="fr-FR"/>
              </w:rPr>
              <w:t>compartimentări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nestructurale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demontabile</w:t>
            </w:r>
            <w:proofErr w:type="spellEnd"/>
          </w:p>
          <w:p w14:paraId="1E4AF87B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C.5 </w:t>
            </w:r>
            <w:proofErr w:type="spellStart"/>
            <w:r w:rsidRPr="00AD1D4A">
              <w:rPr>
                <w:sz w:val="16"/>
                <w:lang w:val="fr-FR"/>
              </w:rPr>
              <w:t>schimbare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destinație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fără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lucrări</w:t>
            </w:r>
            <w:proofErr w:type="spellEnd"/>
          </w:p>
          <w:p w14:paraId="3D2B4D57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C.6 </w:t>
            </w:r>
            <w:proofErr w:type="spellStart"/>
            <w:r w:rsidRPr="00AD1D4A">
              <w:rPr>
                <w:sz w:val="16"/>
                <w:lang w:val="fr-FR"/>
              </w:rPr>
              <w:t>instalații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pentru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securitate</w:t>
            </w:r>
            <w:proofErr w:type="spellEnd"/>
            <w:r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Pr="00AD1D4A">
              <w:rPr>
                <w:sz w:val="16"/>
                <w:lang w:val="fr-FR"/>
              </w:rPr>
              <w:t>incendiu</w:t>
            </w:r>
            <w:proofErr w:type="spellEnd"/>
          </w:p>
        </w:tc>
      </w:tr>
      <w:tr w:rsidR="00846492" w14:paraId="75909A4E" w14:textId="77777777">
        <w:trPr>
          <w:cantSplit/>
        </w:trPr>
        <w:tc>
          <w:tcPr>
            <w:tcW w:w="9636" w:type="dxa"/>
            <w:shd w:val="clear" w:color="auto" w:fill="F4F4F4"/>
          </w:tcPr>
          <w:p w14:paraId="3EB66013" w14:textId="77777777" w:rsidR="00846492" w:rsidRDefault="00000000">
            <w:pPr>
              <w:keepNext/>
            </w:pPr>
            <w:r w:rsidRPr="00AD1D4A">
              <w:rPr>
                <w:sz w:val="16"/>
                <w:lang w:val="fr-FR"/>
              </w:rPr>
              <w:t xml:space="preserve"> D · </w:t>
            </w:r>
            <w:proofErr w:type="spellStart"/>
            <w:r w:rsidRPr="00AD1D4A">
              <w:rPr>
                <w:sz w:val="16"/>
                <w:lang w:val="fr-FR"/>
              </w:rPr>
              <w:t>Lucrări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amenajare</w:t>
            </w:r>
            <w:proofErr w:type="spellEnd"/>
            <w:r w:rsidRPr="00AD1D4A">
              <w:rPr>
                <w:sz w:val="16"/>
                <w:lang w:val="fr-FR"/>
              </w:rPr>
              <w:t xml:space="preserve"> — art. 294 </w:t>
            </w:r>
            <w:proofErr w:type="spellStart"/>
            <w:r w:rsidRPr="00AD1D4A">
              <w:rPr>
                <w:sz w:val="16"/>
                <w:lang w:val="fr-FR"/>
              </w:rPr>
              <w:t>alin</w:t>
            </w:r>
            <w:proofErr w:type="spellEnd"/>
            <w:r w:rsidRPr="00AD1D4A">
              <w:rPr>
                <w:sz w:val="16"/>
                <w:lang w:val="fr-FR"/>
              </w:rPr>
              <w:t xml:space="preserve">. </w:t>
            </w:r>
            <w:r>
              <w:rPr>
                <w:sz w:val="16"/>
              </w:rPr>
              <w:t>(4)</w:t>
            </w:r>
          </w:p>
        </w:tc>
      </w:tr>
      <w:tr w:rsidR="007F39C2" w:rsidRPr="003869B3" w14:paraId="6EC00CA7" w14:textId="77777777" w:rsidTr="004C2114">
        <w:trPr>
          <w:cantSplit/>
          <w:trHeight w:val="1713"/>
        </w:trPr>
        <w:tc>
          <w:tcPr>
            <w:tcW w:w="9636" w:type="dxa"/>
          </w:tcPr>
          <w:p w14:paraId="477CA7A2" w14:textId="77777777"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D.1 </w:t>
            </w:r>
            <w:proofErr w:type="spellStart"/>
            <w:r w:rsidRPr="00AD1D4A">
              <w:rPr>
                <w:sz w:val="16"/>
                <w:lang w:val="fr-FR"/>
              </w:rPr>
              <w:t>campinguri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tabere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din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structuri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ușoare</w:t>
            </w:r>
            <w:proofErr w:type="spellEnd"/>
          </w:p>
          <w:p w14:paraId="1437D117" w14:textId="77777777"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D.2 </w:t>
            </w:r>
            <w:proofErr w:type="spellStart"/>
            <w:r w:rsidRPr="00AD1D4A">
              <w:rPr>
                <w:sz w:val="16"/>
                <w:lang w:val="fr-FR"/>
              </w:rPr>
              <w:t>modificări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camping / </w:t>
            </w:r>
            <w:proofErr w:type="spellStart"/>
            <w:r w:rsidRPr="00AD1D4A">
              <w:rPr>
                <w:sz w:val="16"/>
                <w:lang w:val="fr-FR"/>
              </w:rPr>
              <w:t>sat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vacanță</w:t>
            </w:r>
            <w:proofErr w:type="spellEnd"/>
            <w:r w:rsidRPr="00AD1D4A">
              <w:rPr>
                <w:sz w:val="16"/>
                <w:lang w:val="fr-FR"/>
              </w:rPr>
              <w:t xml:space="preserve"> existent</w:t>
            </w:r>
          </w:p>
          <w:p w14:paraId="3C5D0DA9" w14:textId="77777777"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D.3 </w:t>
            </w:r>
            <w:proofErr w:type="spellStart"/>
            <w:r w:rsidRPr="00AD1D4A">
              <w:rPr>
                <w:sz w:val="16"/>
                <w:lang w:val="fr-FR"/>
              </w:rPr>
              <w:t>teren</w:t>
            </w:r>
            <w:proofErr w:type="spellEnd"/>
            <w:r w:rsidRPr="00AD1D4A">
              <w:rPr>
                <w:sz w:val="16"/>
                <w:lang w:val="fr-FR"/>
              </w:rPr>
              <w:t xml:space="preserve"> de sport </w:t>
            </w:r>
            <w:proofErr w:type="spellStart"/>
            <w:r w:rsidRPr="00AD1D4A">
              <w:rPr>
                <w:sz w:val="16"/>
                <w:lang w:val="fr-FR"/>
              </w:rPr>
              <w:t>fără</w:t>
            </w:r>
            <w:proofErr w:type="spellEnd"/>
            <w:r w:rsidRPr="00AD1D4A">
              <w:rPr>
                <w:sz w:val="16"/>
                <w:lang w:val="fr-FR"/>
              </w:rPr>
              <w:t xml:space="preserve"> public / parc de </w:t>
            </w:r>
            <w:proofErr w:type="spellStart"/>
            <w:r w:rsidRPr="00AD1D4A">
              <w:rPr>
                <w:sz w:val="16"/>
                <w:lang w:val="fr-FR"/>
              </w:rPr>
              <w:t>distracții</w:t>
            </w:r>
            <w:proofErr w:type="spellEnd"/>
            <w:r w:rsidRPr="00AD1D4A">
              <w:rPr>
                <w:sz w:val="16"/>
                <w:lang w:val="fr-FR"/>
              </w:rPr>
              <w:t xml:space="preserve"> (max. 2 ha)</w:t>
            </w:r>
          </w:p>
          <w:p w14:paraId="468A70F6" w14:textId="77777777"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D.4 </w:t>
            </w:r>
            <w:proofErr w:type="spellStart"/>
            <w:r w:rsidRPr="00AD1D4A">
              <w:rPr>
                <w:sz w:val="16"/>
                <w:lang w:val="fr-FR"/>
              </w:rPr>
              <w:t>spații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publice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grădini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fațadă</w:t>
            </w:r>
            <w:proofErr w:type="spellEnd"/>
          </w:p>
          <w:p w14:paraId="481C6914" w14:textId="77777777" w:rsidR="007F39C2" w:rsidRPr="00AD1D4A" w:rsidRDefault="007F39C2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D.5 </w:t>
            </w:r>
            <w:proofErr w:type="spellStart"/>
            <w:r w:rsidRPr="00AD1D4A">
              <w:rPr>
                <w:sz w:val="16"/>
                <w:lang w:val="fr-FR"/>
              </w:rPr>
              <w:t>trotuare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ziduri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sprijin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scări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acces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terase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exterioare</w:t>
            </w:r>
            <w:proofErr w:type="spellEnd"/>
          </w:p>
          <w:p w14:paraId="04F80AB2" w14:textId="77777777" w:rsidR="007F39C2" w:rsidRPr="00AD1D4A" w:rsidRDefault="007F39C2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D.6 </w:t>
            </w:r>
            <w:proofErr w:type="spellStart"/>
            <w:r w:rsidRPr="00AD1D4A">
              <w:rPr>
                <w:sz w:val="16"/>
                <w:lang w:val="fr-FR"/>
              </w:rPr>
              <w:t>perdele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forestiere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împăduriri</w:t>
            </w:r>
            <w:proofErr w:type="spellEnd"/>
          </w:p>
          <w:p w14:paraId="3ABF0DC1" w14:textId="77777777" w:rsidR="007F39C2" w:rsidRPr="00AD1D4A" w:rsidRDefault="007F39C2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D.7 </w:t>
            </w:r>
            <w:proofErr w:type="spellStart"/>
            <w:r w:rsidRPr="00AD1D4A">
              <w:rPr>
                <w:sz w:val="16"/>
                <w:lang w:val="fr-FR"/>
              </w:rPr>
              <w:t>construcții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funerare</w:t>
            </w:r>
            <w:proofErr w:type="spellEnd"/>
          </w:p>
          <w:p w14:paraId="58E1EFF9" w14:textId="4E7F7CB4" w:rsidR="007F39C2" w:rsidRPr="00AD1D4A" w:rsidRDefault="007F39C2" w:rsidP="004C2114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D.8 rampe de </w:t>
            </w:r>
            <w:proofErr w:type="spellStart"/>
            <w:r w:rsidRPr="00AD1D4A">
              <w:rPr>
                <w:sz w:val="16"/>
                <w:lang w:val="fr-FR"/>
              </w:rPr>
              <w:t>acces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pentru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persoanele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cu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dizabilități</w:t>
            </w:r>
            <w:proofErr w:type="spellEnd"/>
          </w:p>
        </w:tc>
      </w:tr>
    </w:tbl>
    <w:p w14:paraId="391E1BA6" w14:textId="77777777"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6424"/>
        <w:gridCol w:w="3212"/>
      </w:tblGrid>
      <w:tr w:rsidR="00846492" w:rsidRPr="003869B3" w14:paraId="44F8B006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3176E8B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b/>
                <w:sz w:val="16"/>
                <w:lang w:val="fr-FR"/>
              </w:rPr>
              <w:t xml:space="preserve"> 5. </w:t>
            </w:r>
            <w:r w:rsidRPr="00AD1D4A">
              <w:rPr>
                <w:b/>
                <w:color w:val="000000"/>
                <w:sz w:val="18"/>
                <w:lang w:val="fr-FR"/>
              </w:rPr>
              <w:t>PROIECTUL TEHNIC DE EXECUȚIE CU CONȚINUT SIMPLIFICAT</w:t>
            </w:r>
          </w:p>
        </w:tc>
      </w:tr>
      <w:tr w:rsidR="00846492" w14:paraId="77000619" w14:textId="77777777">
        <w:trPr>
          <w:cantSplit/>
          <w:trHeight w:val="510"/>
        </w:trPr>
        <w:tc>
          <w:tcPr>
            <w:tcW w:w="6424" w:type="dxa"/>
          </w:tcPr>
          <w:p w14:paraId="1385B4BE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Denumire</w:t>
            </w:r>
            <w:proofErr w:type="spellEnd"/>
            <w:r>
              <w:rPr>
                <w:b/>
                <w:color w:val="0D5F78"/>
              </w:rPr>
              <w:t xml:space="preserve"> / cod </w:t>
            </w:r>
            <w:proofErr w:type="spellStart"/>
            <w:r>
              <w:rPr>
                <w:b/>
                <w:color w:val="0D5F78"/>
              </w:rPr>
              <w:t>proiect</w:t>
            </w:r>
            <w:proofErr w:type="spellEnd"/>
          </w:p>
          <w:p w14:paraId="0B739958" w14:textId="77777777" w:rsidR="00846492" w:rsidRDefault="00846492">
            <w:pPr>
              <w:keepNext/>
            </w:pPr>
          </w:p>
        </w:tc>
        <w:tc>
          <w:tcPr>
            <w:tcW w:w="3212" w:type="dxa"/>
          </w:tcPr>
          <w:p w14:paraId="6CCE80E9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 xml:space="preserve">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49345079" w14:textId="77777777" w:rsidR="00846492" w:rsidRDefault="00846492">
            <w:pPr>
              <w:keepNext/>
            </w:pPr>
          </w:p>
        </w:tc>
      </w:tr>
      <w:tr w:rsidR="00846492" w14:paraId="69F57461" w14:textId="77777777">
        <w:trPr>
          <w:cantSplit/>
          <w:trHeight w:val="510"/>
        </w:trPr>
        <w:tc>
          <w:tcPr>
            <w:tcW w:w="6424" w:type="dxa"/>
          </w:tcPr>
          <w:p w14:paraId="56F6EC9C" w14:textId="64E86DC6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Arhitectură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coordonare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proofErr w:type="spellStart"/>
            <w:r w:rsidR="00870FD7">
              <w:rPr>
                <w:b/>
                <w:color w:val="0D5F78"/>
              </w:rPr>
              <w:t>prenume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r>
              <w:rPr>
                <w:b/>
                <w:color w:val="0D5F78"/>
              </w:rPr>
              <w:t xml:space="preserve">, </w:t>
            </w:r>
            <w:proofErr w:type="spellStart"/>
            <w:r w:rsidR="003F4418">
              <w:rPr>
                <w:b/>
                <w:color w:val="0D5F78"/>
              </w:rPr>
              <w:t>nr.TNA</w:t>
            </w:r>
            <w:proofErr w:type="spellEnd"/>
          </w:p>
          <w:p w14:paraId="59DFFC81" w14:textId="77777777" w:rsidR="00846492" w:rsidRDefault="00846492">
            <w:pPr>
              <w:keepNext/>
            </w:pPr>
          </w:p>
        </w:tc>
        <w:tc>
          <w:tcPr>
            <w:tcW w:w="3212" w:type="dxa"/>
          </w:tcPr>
          <w:p w14:paraId="00E6C6EB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3069E7FC" w14:textId="77777777" w:rsidR="00846492" w:rsidRDefault="00846492">
            <w:pPr>
              <w:keepNext/>
            </w:pPr>
          </w:p>
        </w:tc>
      </w:tr>
      <w:tr w:rsidR="00846492" w14:paraId="54904FD3" w14:textId="77777777">
        <w:trPr>
          <w:cantSplit/>
          <w:trHeight w:val="510"/>
        </w:trPr>
        <w:tc>
          <w:tcPr>
            <w:tcW w:w="6424" w:type="dxa"/>
          </w:tcPr>
          <w:p w14:paraId="087E9DAC" w14:textId="1322E2DA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Structură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r w:rsidR="00870FD7">
              <w:rPr>
                <w:b/>
                <w:color w:val="0D5F78"/>
              </w:rPr>
              <w:t xml:space="preserve">— </w:t>
            </w:r>
            <w:proofErr w:type="spellStart"/>
            <w:r w:rsidR="00870FD7">
              <w:rPr>
                <w:b/>
                <w:color w:val="0D5F78"/>
              </w:rPr>
              <w:t>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proofErr w:type="spellStart"/>
            <w:r w:rsidR="00870FD7">
              <w:rPr>
                <w:b/>
                <w:color w:val="0D5F78"/>
              </w:rPr>
              <w:t>prenume</w:t>
            </w:r>
            <w:proofErr w:type="spellEnd"/>
          </w:p>
          <w:p w14:paraId="7C7384FB" w14:textId="77777777" w:rsidR="00846492" w:rsidRDefault="00846492">
            <w:pPr>
              <w:keepNext/>
            </w:pPr>
          </w:p>
        </w:tc>
        <w:tc>
          <w:tcPr>
            <w:tcW w:w="3212" w:type="dxa"/>
          </w:tcPr>
          <w:p w14:paraId="76C1858B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792D2924" w14:textId="77777777" w:rsidR="00846492" w:rsidRDefault="00846492">
            <w:pPr>
              <w:keepNext/>
            </w:pPr>
          </w:p>
        </w:tc>
      </w:tr>
      <w:tr w:rsidR="00846492" w14:paraId="56A0A7FA" w14:textId="77777777">
        <w:trPr>
          <w:cantSplit/>
          <w:trHeight w:val="510"/>
        </w:trPr>
        <w:tc>
          <w:tcPr>
            <w:tcW w:w="6424" w:type="dxa"/>
          </w:tcPr>
          <w:p w14:paraId="17B2B759" w14:textId="214EC1CA" w:rsidR="00870FD7" w:rsidRDefault="00000000">
            <w:pPr>
              <w:rPr>
                <w:b/>
                <w:color w:val="0D5F78"/>
              </w:rPr>
            </w:pPr>
            <w:proofErr w:type="spellStart"/>
            <w:r>
              <w:rPr>
                <w:b/>
                <w:color w:val="0D5F78"/>
              </w:rPr>
              <w:t>Instalații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r w:rsidR="00870FD7">
              <w:rPr>
                <w:b/>
                <w:color w:val="0D5F78"/>
              </w:rPr>
              <w:t xml:space="preserve">— </w:t>
            </w:r>
            <w:proofErr w:type="spellStart"/>
            <w:r w:rsidR="00870FD7">
              <w:rPr>
                <w:b/>
                <w:color w:val="0D5F78"/>
              </w:rPr>
              <w:t>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proofErr w:type="spellStart"/>
            <w:r w:rsidR="00870FD7">
              <w:rPr>
                <w:b/>
                <w:color w:val="0D5F78"/>
              </w:rPr>
              <w:t>prenume</w:t>
            </w:r>
            <w:proofErr w:type="spellEnd"/>
            <w:r w:rsidR="00FD1916">
              <w:rPr>
                <w:b/>
                <w:color w:val="0D5F78"/>
              </w:rPr>
              <w:t xml:space="preserve">, </w:t>
            </w:r>
            <w:proofErr w:type="spellStart"/>
            <w:r w:rsidR="00FD1916">
              <w:rPr>
                <w:b/>
                <w:color w:val="0D5F78"/>
              </w:rPr>
              <w:t>specialitate</w:t>
            </w:r>
            <w:proofErr w:type="spellEnd"/>
          </w:p>
          <w:p w14:paraId="3F533455" w14:textId="489AAF0C" w:rsidR="00846492" w:rsidRDefault="00870FD7">
            <w:r>
              <w:rPr>
                <w:b/>
                <w:color w:val="0D5F78"/>
              </w:rPr>
              <w:t xml:space="preserve">Alte </w:t>
            </w:r>
            <w:proofErr w:type="spellStart"/>
            <w:r>
              <w:rPr>
                <w:b/>
                <w:color w:val="0D5F78"/>
              </w:rPr>
              <w:t>specialități</w:t>
            </w:r>
            <w:proofErr w:type="spellEnd"/>
            <w:r>
              <w:rPr>
                <w:b/>
                <w:color w:val="0D5F78"/>
              </w:rPr>
              <w:t xml:space="preserve"> (</w:t>
            </w:r>
            <w:proofErr w:type="spellStart"/>
            <w:r>
              <w:rPr>
                <w:b/>
                <w:color w:val="0D5F78"/>
              </w:rPr>
              <w:t>dacă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este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proofErr w:type="gramStart"/>
            <w:r>
              <w:rPr>
                <w:b/>
                <w:color w:val="0D5F78"/>
              </w:rPr>
              <w:t>cazul</w:t>
            </w:r>
            <w:proofErr w:type="spellEnd"/>
            <w:r>
              <w:rPr>
                <w:b/>
                <w:color w:val="0D5F78"/>
              </w:rPr>
              <w:t>)  —</w:t>
            </w:r>
            <w:proofErr w:type="gram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>/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, </w:t>
            </w:r>
            <w:proofErr w:type="spellStart"/>
            <w:r>
              <w:rPr>
                <w:b/>
                <w:color w:val="0D5F78"/>
              </w:rPr>
              <w:t>atestare</w:t>
            </w:r>
            <w:proofErr w:type="spellEnd"/>
          </w:p>
          <w:p w14:paraId="760B832F" w14:textId="77777777" w:rsidR="00846492" w:rsidRDefault="00846492"/>
        </w:tc>
        <w:tc>
          <w:tcPr>
            <w:tcW w:w="3212" w:type="dxa"/>
          </w:tcPr>
          <w:p w14:paraId="32B487E7" w14:textId="77777777" w:rsidR="00846492" w:rsidRDefault="0000000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52CE7D10" w14:textId="77777777" w:rsidR="00846492" w:rsidRDefault="00846492"/>
        </w:tc>
      </w:tr>
    </w:tbl>
    <w:p w14:paraId="6C590180" w14:textId="77777777" w:rsidR="00846492" w:rsidRDefault="00846492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43092D09" w14:textId="77777777">
        <w:trPr>
          <w:cantSplit/>
        </w:trPr>
        <w:tc>
          <w:tcPr>
            <w:tcW w:w="9636" w:type="dxa"/>
            <w:shd w:val="clear" w:color="auto" w:fill="F4F4F4"/>
          </w:tcPr>
          <w:p w14:paraId="2D9B89FB" w14:textId="77777777" w:rsidR="00846492" w:rsidRDefault="00000000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846492" w14:paraId="08DC6175" w14:textId="77777777">
        <w:trPr>
          <w:cantSplit/>
        </w:trPr>
        <w:tc>
          <w:tcPr>
            <w:tcW w:w="9636" w:type="dxa"/>
          </w:tcPr>
          <w:p w14:paraId="21C5ABCB" w14:textId="77777777" w:rsidR="003F4418" w:rsidRDefault="00000000">
            <w:pPr>
              <w:rPr>
                <w:sz w:val="16"/>
              </w:rPr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dovada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titlului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asupra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imobilului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proiectul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tehnic</w:t>
            </w:r>
            <w:proofErr w:type="spellEnd"/>
            <w:r>
              <w:rPr>
                <w:sz w:val="16"/>
              </w:rPr>
              <w:t xml:space="preserve"> cu </w:t>
            </w:r>
            <w:proofErr w:type="spellStart"/>
            <w:r>
              <w:rPr>
                <w:sz w:val="16"/>
              </w:rPr>
              <w:t>conținut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simplificat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studiul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geotehnic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obligatoriu</w:t>
            </w:r>
            <w:proofErr w:type="spellEnd"/>
            <w:r>
              <w:rPr>
                <w:sz w:val="16"/>
              </w:rPr>
              <w:t xml:space="preserve"> la </w:t>
            </w:r>
            <w:proofErr w:type="spellStart"/>
            <w:r>
              <w:rPr>
                <w:sz w:val="16"/>
              </w:rPr>
              <w:t>locuințe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unifamiliale</w:t>
            </w:r>
            <w:proofErr w:type="spellEnd"/>
            <w:r>
              <w:rPr>
                <w:sz w:val="16"/>
              </w:rPr>
              <w:t xml:space="preserve">)     </w:t>
            </w:r>
          </w:p>
          <w:p w14:paraId="5BBEDD70" w14:textId="77777777" w:rsidR="003869B3" w:rsidRDefault="00000000">
            <w:pPr>
              <w:rPr>
                <w:sz w:val="16"/>
              </w:rPr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studiul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topografic</w:t>
            </w:r>
            <w:proofErr w:type="spellEnd"/>
            <w:r>
              <w:rPr>
                <w:sz w:val="16"/>
              </w:rPr>
              <w:t xml:space="preserve"> </w:t>
            </w:r>
            <w:r w:rsidR="007F39C2">
              <w:rPr>
                <w:sz w:val="16"/>
              </w:rPr>
              <w:t>(</w:t>
            </w:r>
            <w:proofErr w:type="spellStart"/>
            <w:r w:rsidR="007F39C2">
              <w:rPr>
                <w:sz w:val="16"/>
              </w:rPr>
              <w:t>obligatoriu</w:t>
            </w:r>
            <w:proofErr w:type="spellEnd"/>
            <w:r w:rsidR="007F39C2">
              <w:rPr>
                <w:sz w:val="16"/>
              </w:rPr>
              <w:t xml:space="preserve"> la </w:t>
            </w:r>
            <w:proofErr w:type="spellStart"/>
            <w:r w:rsidR="007F39C2">
              <w:rPr>
                <w:sz w:val="16"/>
              </w:rPr>
              <w:t>locuințe</w:t>
            </w:r>
            <w:proofErr w:type="spellEnd"/>
            <w:r w:rsidR="007F39C2">
              <w:rPr>
                <w:sz w:val="16"/>
              </w:rPr>
              <w:t xml:space="preserve"> </w:t>
            </w:r>
            <w:proofErr w:type="spellStart"/>
            <w:proofErr w:type="gramStart"/>
            <w:r w:rsidR="007F39C2">
              <w:rPr>
                <w:sz w:val="16"/>
              </w:rPr>
              <w:t>unifamiliale</w:t>
            </w:r>
            <w:proofErr w:type="spellEnd"/>
            <w:r w:rsidR="007F39C2">
              <w:rPr>
                <w:sz w:val="16"/>
              </w:rPr>
              <w:t xml:space="preserve">)   </w:t>
            </w:r>
            <w:proofErr w:type="gramEnd"/>
            <w:r w:rsidR="007F39C2">
              <w:rPr>
                <w:sz w:val="16"/>
              </w:rPr>
              <w:t xml:space="preserve">  </w:t>
            </w:r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acordul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avizul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patrimoniu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după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</w:t>
            </w:r>
            <w:proofErr w:type="spellEnd"/>
            <w:r>
              <w:rPr>
                <w:sz w:val="16"/>
              </w:rPr>
              <w:t xml:space="preserve">  </w:t>
            </w:r>
          </w:p>
          <w:p w14:paraId="52119DB7" w14:textId="450281CB" w:rsidR="00846492" w:rsidRPr="003869B3" w:rsidRDefault="003869B3">
            <w:pPr>
              <w:rPr>
                <w:sz w:val="16"/>
                <w:lang w:val="fr-FR"/>
              </w:rPr>
            </w:pPr>
            <w:r w:rsidRPr="003869B3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3869B3">
              <w:rPr>
                <w:sz w:val="16"/>
                <w:lang w:val="fr-FR"/>
              </w:rPr>
              <w:t xml:space="preserve"> </w:t>
            </w:r>
            <w:proofErr w:type="spellStart"/>
            <w:r w:rsidRPr="003869B3">
              <w:rPr>
                <w:sz w:val="16"/>
                <w:lang w:val="fr-FR"/>
              </w:rPr>
              <w:t>avizul</w:t>
            </w:r>
            <w:proofErr w:type="spellEnd"/>
            <w:r w:rsidRPr="003869B3">
              <w:rPr>
                <w:sz w:val="16"/>
                <w:lang w:val="fr-FR"/>
              </w:rPr>
              <w:t xml:space="preserve"> </w:t>
            </w:r>
            <w:proofErr w:type="spellStart"/>
            <w:r w:rsidRPr="003869B3">
              <w:rPr>
                <w:sz w:val="16"/>
                <w:lang w:val="fr-FR"/>
              </w:rPr>
              <w:t>arhitectului-șef</w:t>
            </w:r>
            <w:proofErr w:type="spellEnd"/>
            <w:r w:rsidRPr="003869B3">
              <w:rPr>
                <w:sz w:val="16"/>
                <w:lang w:val="fr-FR"/>
              </w:rPr>
              <w:t xml:space="preserve"> al </w:t>
            </w:r>
            <w:proofErr w:type="spellStart"/>
            <w:r w:rsidRPr="003869B3">
              <w:rPr>
                <w:sz w:val="16"/>
                <w:lang w:val="fr-FR"/>
              </w:rPr>
              <w:t>județului</w:t>
            </w:r>
            <w:proofErr w:type="spellEnd"/>
            <w:r w:rsidRPr="003869B3">
              <w:rPr>
                <w:sz w:val="16"/>
                <w:lang w:val="fr-FR"/>
              </w:rPr>
              <w:t xml:space="preserve"> (</w:t>
            </w:r>
            <w:proofErr w:type="spellStart"/>
            <w:r w:rsidRPr="003869B3">
              <w:rPr>
                <w:sz w:val="16"/>
                <w:lang w:val="fr-FR"/>
              </w:rPr>
              <w:t>obligatoriu</w:t>
            </w:r>
            <w:proofErr w:type="spellEnd"/>
            <w:r w:rsidRPr="003869B3">
              <w:rPr>
                <w:sz w:val="16"/>
                <w:lang w:val="fr-FR"/>
              </w:rPr>
              <w:t xml:space="preserve"> la </w:t>
            </w:r>
            <w:proofErr w:type="spellStart"/>
            <w:r w:rsidRPr="003869B3">
              <w:rPr>
                <w:sz w:val="16"/>
                <w:lang w:val="fr-FR"/>
              </w:rPr>
              <w:t>locuințe</w:t>
            </w:r>
            <w:proofErr w:type="spellEnd"/>
            <w:r w:rsidRPr="003869B3">
              <w:rPr>
                <w:sz w:val="16"/>
                <w:lang w:val="fr-FR"/>
              </w:rPr>
              <w:t xml:space="preserve"> </w:t>
            </w:r>
            <w:proofErr w:type="gramStart"/>
            <w:r w:rsidRPr="003869B3">
              <w:rPr>
                <w:sz w:val="16"/>
                <w:lang w:val="fr-FR"/>
              </w:rPr>
              <w:t xml:space="preserve">unifamiliale)   </w:t>
            </w:r>
            <w:proofErr w:type="gramEnd"/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dovada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plății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taxelor</w:t>
            </w:r>
            <w:proofErr w:type="spellEnd"/>
          </w:p>
        </w:tc>
      </w:tr>
    </w:tbl>
    <w:p w14:paraId="09936F2B" w14:textId="77777777" w:rsidR="00846492" w:rsidRDefault="00846492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772CA945" w14:textId="77777777">
        <w:trPr>
          <w:cantSplit/>
        </w:trPr>
        <w:tc>
          <w:tcPr>
            <w:tcW w:w="9636" w:type="dxa"/>
            <w:shd w:val="clear" w:color="auto" w:fill="F4F4F4"/>
          </w:tcPr>
          <w:p w14:paraId="781C77CB" w14:textId="19CE4852" w:rsidR="00846492" w:rsidRDefault="00000000">
            <w:pPr>
              <w:keepNext/>
            </w:pPr>
            <w:r>
              <w:rPr>
                <w:b/>
                <w:sz w:val="16"/>
              </w:rPr>
              <w:t xml:space="preserve"> 7. </w:t>
            </w:r>
            <w:r>
              <w:rPr>
                <w:b/>
                <w:color w:val="000000"/>
                <w:sz w:val="18"/>
              </w:rPr>
              <w:t>RĂSPUNDEREA</w:t>
            </w:r>
          </w:p>
        </w:tc>
      </w:tr>
      <w:tr w:rsidR="00846492" w:rsidRPr="00852977" w14:paraId="07FE9B19" w14:textId="77777777">
        <w:trPr>
          <w:cantSplit/>
        </w:trPr>
        <w:tc>
          <w:tcPr>
            <w:tcW w:w="9636" w:type="dxa"/>
          </w:tcPr>
          <w:p w14:paraId="2257FB8D" w14:textId="77777777" w:rsidR="00846492" w:rsidRDefault="00000000">
            <w:pPr>
              <w:spacing w:line="228" w:lineRule="auto"/>
              <w:rPr>
                <w:i/>
                <w:sz w:val="17"/>
              </w:rPr>
            </w:pPr>
            <w:proofErr w:type="spellStart"/>
            <w:r>
              <w:rPr>
                <w:i/>
                <w:sz w:val="17"/>
              </w:rPr>
              <w:t>Declar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că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lucrările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notificate</w:t>
            </w:r>
            <w:proofErr w:type="spellEnd"/>
            <w:r>
              <w:rPr>
                <w:i/>
                <w:sz w:val="17"/>
              </w:rPr>
              <w:t xml:space="preserve"> se </w:t>
            </w:r>
            <w:proofErr w:type="spellStart"/>
            <w:r>
              <w:rPr>
                <w:i/>
                <w:sz w:val="17"/>
              </w:rPr>
              <w:t>încadrează</w:t>
            </w:r>
            <w:proofErr w:type="spellEnd"/>
            <w:r>
              <w:rPr>
                <w:i/>
                <w:sz w:val="17"/>
              </w:rPr>
              <w:t xml:space="preserve"> strict </w:t>
            </w:r>
            <w:proofErr w:type="spellStart"/>
            <w:r>
              <w:rPr>
                <w:i/>
                <w:sz w:val="17"/>
              </w:rPr>
              <w:t>în</w:t>
            </w:r>
            <w:proofErr w:type="spellEnd"/>
            <w:r>
              <w:rPr>
                <w:i/>
                <w:sz w:val="17"/>
              </w:rPr>
              <w:t xml:space="preserve"> art. 294 din Lege</w:t>
            </w:r>
            <w:r w:rsidR="003F4418">
              <w:rPr>
                <w:i/>
                <w:sz w:val="17"/>
              </w:rPr>
              <w:t xml:space="preserve">a nr. 169/2026 </w:t>
            </w:r>
            <w:proofErr w:type="spellStart"/>
            <w:r w:rsidR="003F4418">
              <w:rPr>
                <w:i/>
                <w:sz w:val="17"/>
              </w:rPr>
              <w:t>și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cunosc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faptul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că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confirmarea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înregistrării</w:t>
            </w:r>
            <w:proofErr w:type="spellEnd"/>
            <w:r>
              <w:rPr>
                <w:i/>
                <w:sz w:val="17"/>
              </w:rPr>
              <w:t xml:space="preserve"> nu </w:t>
            </w:r>
            <w:proofErr w:type="spellStart"/>
            <w:r>
              <w:rPr>
                <w:i/>
                <w:sz w:val="17"/>
              </w:rPr>
              <w:t>echivalează</w:t>
            </w:r>
            <w:proofErr w:type="spellEnd"/>
            <w:r>
              <w:rPr>
                <w:i/>
                <w:sz w:val="17"/>
              </w:rPr>
              <w:t xml:space="preserve"> cu </w:t>
            </w:r>
            <w:proofErr w:type="spellStart"/>
            <w:r>
              <w:rPr>
                <w:i/>
                <w:sz w:val="17"/>
              </w:rPr>
              <w:t>aprobarea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notificării</w:t>
            </w:r>
            <w:proofErr w:type="spellEnd"/>
            <w:r>
              <w:rPr>
                <w:i/>
                <w:sz w:val="17"/>
              </w:rPr>
              <w:t xml:space="preserve">, </w:t>
            </w:r>
            <w:proofErr w:type="spellStart"/>
            <w:r>
              <w:rPr>
                <w:i/>
                <w:sz w:val="17"/>
              </w:rPr>
              <w:t>iar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răspunderea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pentru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corectitudinea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proiectului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revine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proiectanților</w:t>
            </w:r>
            <w:proofErr w:type="spellEnd"/>
            <w:r>
              <w:rPr>
                <w:i/>
                <w:sz w:val="17"/>
              </w:rPr>
              <w:t xml:space="preserve">, pe </w:t>
            </w:r>
            <w:proofErr w:type="spellStart"/>
            <w:r>
              <w:rPr>
                <w:i/>
                <w:sz w:val="17"/>
              </w:rPr>
              <w:t>specialități</w:t>
            </w:r>
            <w:proofErr w:type="spellEnd"/>
            <w:r>
              <w:rPr>
                <w:i/>
                <w:sz w:val="17"/>
              </w:rPr>
              <w:t>.</w:t>
            </w:r>
          </w:p>
          <w:p w14:paraId="76D9B038" w14:textId="34ABA3C0" w:rsidR="00852977" w:rsidRPr="004D2D0E" w:rsidRDefault="00852977" w:rsidP="004D2D0E">
            <w:pPr>
              <w:spacing w:line="228" w:lineRule="auto"/>
              <w:rPr>
                <w:i/>
                <w:sz w:val="17"/>
              </w:rPr>
            </w:pPr>
            <w:proofErr w:type="spellStart"/>
            <w:r>
              <w:rPr>
                <w:i/>
                <w:sz w:val="17"/>
              </w:rPr>
              <w:t>A</w:t>
            </w:r>
            <w:r w:rsidRPr="00852977">
              <w:rPr>
                <w:i/>
                <w:sz w:val="17"/>
              </w:rPr>
              <w:t>utoritatea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administrației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publice</w:t>
            </w:r>
            <w:proofErr w:type="spellEnd"/>
            <w:r w:rsidRPr="00852977">
              <w:rPr>
                <w:i/>
                <w:sz w:val="17"/>
              </w:rPr>
              <w:t xml:space="preserve"> locale nu </w:t>
            </w:r>
            <w:proofErr w:type="spellStart"/>
            <w:r w:rsidRPr="00852977">
              <w:rPr>
                <w:i/>
                <w:sz w:val="17"/>
              </w:rPr>
              <w:t>este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responsabilă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pentru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eventualele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prejudicii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ulterioare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cauzate</w:t>
            </w:r>
            <w:proofErr w:type="spellEnd"/>
            <w:r w:rsidRPr="00852977">
              <w:rPr>
                <w:i/>
                <w:sz w:val="17"/>
              </w:rPr>
              <w:t xml:space="preserve"> de </w:t>
            </w:r>
            <w:proofErr w:type="spellStart"/>
            <w:r w:rsidRPr="00852977">
              <w:rPr>
                <w:i/>
                <w:sz w:val="17"/>
              </w:rPr>
              <w:t>existența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unor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litigii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aflate</w:t>
            </w:r>
            <w:proofErr w:type="spellEnd"/>
            <w:r w:rsidRPr="00852977">
              <w:rPr>
                <w:i/>
                <w:sz w:val="17"/>
              </w:rPr>
              <w:t xml:space="preserve"> pe </w:t>
            </w:r>
            <w:proofErr w:type="spellStart"/>
            <w:r w:rsidRPr="00852977">
              <w:rPr>
                <w:i/>
                <w:sz w:val="17"/>
              </w:rPr>
              <w:t>rolul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instanțelor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judecătorești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privind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imobilul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și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nici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pentru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existența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unor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grevări</w:t>
            </w:r>
            <w:proofErr w:type="spellEnd"/>
            <w:r w:rsidRPr="00852977">
              <w:rPr>
                <w:i/>
                <w:sz w:val="17"/>
              </w:rPr>
              <w:t xml:space="preserve"> ale </w:t>
            </w:r>
            <w:proofErr w:type="spellStart"/>
            <w:r w:rsidRPr="00852977">
              <w:rPr>
                <w:i/>
                <w:sz w:val="17"/>
              </w:rPr>
              <w:t>imobilului</w:t>
            </w:r>
            <w:proofErr w:type="spellEnd"/>
            <w:r w:rsidRPr="00852977">
              <w:rPr>
                <w:i/>
                <w:sz w:val="17"/>
              </w:rPr>
              <w:t xml:space="preserve"> cu </w:t>
            </w:r>
            <w:proofErr w:type="spellStart"/>
            <w:r w:rsidRPr="00852977">
              <w:rPr>
                <w:i/>
                <w:sz w:val="17"/>
              </w:rPr>
              <w:t>sarcini</w:t>
            </w:r>
            <w:proofErr w:type="spellEnd"/>
            <w:r w:rsidRPr="00852977">
              <w:rPr>
                <w:i/>
                <w:sz w:val="17"/>
              </w:rPr>
              <w:t xml:space="preserve"> de </w:t>
            </w:r>
            <w:proofErr w:type="spellStart"/>
            <w:r w:rsidRPr="00852977">
              <w:rPr>
                <w:i/>
                <w:sz w:val="17"/>
              </w:rPr>
              <w:t>tipul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interdicțiilor</w:t>
            </w:r>
            <w:proofErr w:type="spellEnd"/>
            <w:r w:rsidRPr="00852977">
              <w:rPr>
                <w:i/>
                <w:sz w:val="17"/>
              </w:rPr>
              <w:t xml:space="preserve">, </w:t>
            </w:r>
            <w:proofErr w:type="spellStart"/>
            <w:r w:rsidRPr="00852977">
              <w:rPr>
                <w:i/>
                <w:sz w:val="17"/>
              </w:rPr>
              <w:t>responsabilitatea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aparținând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în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toate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cazurile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beneficiarului</w:t>
            </w:r>
            <w:proofErr w:type="spellEnd"/>
            <w:r w:rsidRPr="00852977">
              <w:rPr>
                <w:i/>
                <w:sz w:val="17"/>
              </w:rPr>
              <w:t>.</w:t>
            </w:r>
          </w:p>
          <w:p w14:paraId="0766A618" w14:textId="05D981A6" w:rsidR="004D2D0E" w:rsidRPr="00852977" w:rsidRDefault="004D2D0E" w:rsidP="00852977"/>
        </w:tc>
      </w:tr>
      <w:tr w:rsidR="00FD1916" w14:paraId="429E984E" w14:textId="77777777" w:rsidTr="00FD1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636" w:type="dxa"/>
          </w:tcPr>
          <w:p w14:paraId="7BAD4E37" w14:textId="1715B45F" w:rsidR="00FD1916" w:rsidRDefault="00FD1916" w:rsidP="00303E64">
            <w:pPr>
              <w:keepNext/>
            </w:pP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OBILIGAȚII</w:t>
            </w:r>
          </w:p>
        </w:tc>
      </w:tr>
      <w:tr w:rsidR="00FD1916" w:rsidRPr="003869B3" w14:paraId="78627F24" w14:textId="77777777" w:rsidTr="00FD1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636" w:type="dxa"/>
          </w:tcPr>
          <w:p w14:paraId="6FB9E773" w14:textId="77777777" w:rsidR="00FD1916" w:rsidRPr="004D2D0E" w:rsidRDefault="00FD1916" w:rsidP="00303E64">
            <w:pPr>
              <w:spacing w:line="228" w:lineRule="auto"/>
              <w:rPr>
                <w:i/>
                <w:sz w:val="17"/>
                <w:lang w:val="fr-FR"/>
              </w:rPr>
            </w:pPr>
            <w:proofErr w:type="spellStart"/>
            <w:r w:rsidRPr="004D2D0E">
              <w:rPr>
                <w:i/>
                <w:sz w:val="17"/>
                <w:lang w:val="fr-FR"/>
              </w:rPr>
              <w:t>Beneficiarul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lucrărilor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de construire </w:t>
            </w:r>
            <w:proofErr w:type="spellStart"/>
            <w:r w:rsidRPr="004D2D0E">
              <w:rPr>
                <w:i/>
                <w:sz w:val="17"/>
                <w:lang w:val="fr-FR"/>
              </w:rPr>
              <w:t>notificate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are </w:t>
            </w:r>
            <w:proofErr w:type="spellStart"/>
            <w:r w:rsidRPr="004D2D0E">
              <w:rPr>
                <w:i/>
                <w:sz w:val="17"/>
                <w:lang w:val="fr-FR"/>
              </w:rPr>
              <w:t>obligația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amplasării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panoului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4D2D0E">
              <w:rPr>
                <w:i/>
                <w:sz w:val="17"/>
                <w:lang w:val="fr-FR"/>
              </w:rPr>
              <w:t>identificare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a </w:t>
            </w:r>
            <w:proofErr w:type="spellStart"/>
            <w:r w:rsidRPr="004D2D0E">
              <w:rPr>
                <w:i/>
                <w:sz w:val="17"/>
                <w:lang w:val="fr-FR"/>
              </w:rPr>
              <w:t>investiției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la </w:t>
            </w:r>
            <w:proofErr w:type="spellStart"/>
            <w:r w:rsidRPr="004D2D0E">
              <w:rPr>
                <w:i/>
                <w:sz w:val="17"/>
                <w:lang w:val="fr-FR"/>
              </w:rPr>
              <w:t>loc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vizibil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pe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durata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execuției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– cf. art. 298 </w:t>
            </w:r>
            <w:proofErr w:type="spellStart"/>
            <w:r w:rsidRPr="004D2D0E">
              <w:rPr>
                <w:i/>
                <w:sz w:val="17"/>
                <w:lang w:val="fr-FR"/>
              </w:rPr>
              <w:t>alin</w:t>
            </w:r>
            <w:proofErr w:type="spellEnd"/>
            <w:r w:rsidRPr="004D2D0E">
              <w:rPr>
                <w:i/>
                <w:sz w:val="17"/>
                <w:lang w:val="fr-FR"/>
              </w:rPr>
              <w:t>. (5)</w:t>
            </w:r>
            <w:r>
              <w:rPr>
                <w:i/>
                <w:sz w:val="17"/>
                <w:lang w:val="fr-FR"/>
              </w:rPr>
              <w:t xml:space="preserve"> </w:t>
            </w:r>
            <w:proofErr w:type="spellStart"/>
            <w:r>
              <w:rPr>
                <w:i/>
                <w:sz w:val="17"/>
                <w:lang w:val="fr-FR"/>
              </w:rPr>
              <w:t>din</w:t>
            </w:r>
            <w:proofErr w:type="spellEnd"/>
            <w:r>
              <w:rPr>
                <w:i/>
                <w:sz w:val="17"/>
                <w:lang w:val="fr-FR"/>
              </w:rPr>
              <w:t xml:space="preserve"> </w:t>
            </w:r>
            <w:proofErr w:type="spellStart"/>
            <w:r>
              <w:rPr>
                <w:i/>
                <w:sz w:val="17"/>
                <w:lang w:val="fr-FR"/>
              </w:rPr>
              <w:t>Legea</w:t>
            </w:r>
            <w:proofErr w:type="spellEnd"/>
            <w:r>
              <w:rPr>
                <w:i/>
                <w:sz w:val="17"/>
                <w:lang w:val="fr-FR"/>
              </w:rPr>
              <w:t xml:space="preserve"> nr.169/2026</w:t>
            </w:r>
          </w:p>
          <w:p w14:paraId="49F117C5" w14:textId="7C82B897" w:rsidR="00FD1916" w:rsidRPr="00FD1916" w:rsidRDefault="00FD1916" w:rsidP="00303E64">
            <w:pPr>
              <w:rPr>
                <w:i/>
                <w:iCs/>
                <w:sz w:val="17"/>
                <w:szCs w:val="17"/>
                <w:lang w:val="fr-FR"/>
              </w:rPr>
            </w:pP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Beneficiarul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lucrărilor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de construire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notificate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are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obligația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efectuării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recepției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la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terminarea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lucrărilor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,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între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executant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,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beneficiar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şi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un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reprezentant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al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unităţii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administrativ-teritoriale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precum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și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înregistrarea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procesului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-verbal de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recepe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în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Registrul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Național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al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Construcțiilor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.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Până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la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operaționalizarea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Registrului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Național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al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Construcțiilor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, o copie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după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procesul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-verbal de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recepție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se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transmite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fizic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sau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prin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poștă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electronică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I.S.C.</w:t>
            </w:r>
            <w:r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gramStart"/>
            <w:r>
              <w:rPr>
                <w:i/>
                <w:iCs/>
                <w:sz w:val="17"/>
                <w:szCs w:val="17"/>
                <w:lang w:val="fr-FR"/>
              </w:rPr>
              <w:t xml:space="preserve">- </w:t>
            </w:r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cf.</w:t>
            </w:r>
            <w:proofErr w:type="gram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art. 298 </w:t>
            </w:r>
            <w:proofErr w:type="spellStart"/>
            <w:proofErr w:type="gramStart"/>
            <w:r w:rsidRPr="00FD1916">
              <w:rPr>
                <w:i/>
                <w:iCs/>
                <w:sz w:val="17"/>
                <w:szCs w:val="17"/>
                <w:lang w:val="fr-FR"/>
              </w:rPr>
              <w:t>alin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>.(</w:t>
            </w:r>
            <w:proofErr w:type="gramEnd"/>
            <w:r w:rsidRPr="00FD1916">
              <w:rPr>
                <w:i/>
                <w:iCs/>
                <w:sz w:val="17"/>
                <w:szCs w:val="17"/>
                <w:lang w:val="fr-FR"/>
              </w:rPr>
              <w:t>6)</w:t>
            </w:r>
            <w:r>
              <w:rPr>
                <w:i/>
                <w:iCs/>
                <w:sz w:val="17"/>
                <w:szCs w:val="17"/>
                <w:lang w:val="fr-FR"/>
              </w:rPr>
              <w:t xml:space="preserve"> din </w:t>
            </w:r>
            <w:proofErr w:type="spellStart"/>
            <w:r>
              <w:rPr>
                <w:i/>
                <w:iCs/>
                <w:sz w:val="17"/>
                <w:szCs w:val="17"/>
                <w:lang w:val="fr-FR"/>
              </w:rPr>
              <w:t>Legea</w:t>
            </w:r>
            <w:proofErr w:type="spellEnd"/>
            <w:r>
              <w:rPr>
                <w:i/>
                <w:iCs/>
                <w:sz w:val="17"/>
                <w:szCs w:val="17"/>
                <w:lang w:val="fr-FR"/>
              </w:rPr>
              <w:t xml:space="preserve"> nr.196/2026</w:t>
            </w:r>
          </w:p>
          <w:p w14:paraId="4129B71C" w14:textId="77777777" w:rsidR="00FD1916" w:rsidRPr="004D2D0E" w:rsidRDefault="00FD1916" w:rsidP="00303E64">
            <w:pPr>
              <w:spacing w:line="228" w:lineRule="auto"/>
              <w:rPr>
                <w:lang w:val="fr-FR"/>
              </w:rPr>
            </w:pPr>
          </w:p>
        </w:tc>
      </w:tr>
    </w:tbl>
    <w:p w14:paraId="4D90C049" w14:textId="77777777" w:rsidR="00846492" w:rsidRPr="004D2D0E" w:rsidRDefault="0084649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7D671102" w14:textId="77777777">
        <w:trPr>
          <w:cantSplit/>
        </w:trPr>
        <w:tc>
          <w:tcPr>
            <w:tcW w:w="9636" w:type="dxa"/>
            <w:shd w:val="clear" w:color="auto" w:fill="F4F4F4"/>
          </w:tcPr>
          <w:p w14:paraId="452D7ED2" w14:textId="77777777" w:rsidR="00846492" w:rsidRDefault="00000000">
            <w:pPr>
              <w:keepNext/>
            </w:pPr>
            <w:r w:rsidRPr="004D2D0E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8.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846492" w:rsidRPr="003869B3" w14:paraId="22149040" w14:textId="77777777">
        <w:trPr>
          <w:cantSplit/>
        </w:trPr>
        <w:tc>
          <w:tcPr>
            <w:tcW w:w="9636" w:type="dxa"/>
          </w:tcPr>
          <w:p w14:paraId="760467F1" w14:textId="77777777" w:rsidR="00846492" w:rsidRPr="00AD1D4A" w:rsidRDefault="00000000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 ☐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format </w:t>
            </w:r>
            <w:proofErr w:type="spellStart"/>
            <w:r w:rsidRPr="00AD1D4A">
              <w:rPr>
                <w:sz w:val="16"/>
                <w:lang w:val="fr-FR"/>
              </w:rPr>
              <w:t>scris</w:t>
            </w:r>
            <w:proofErr w:type="spellEnd"/>
            <w:r w:rsidRPr="00AD1D4A">
              <w:rPr>
                <w:sz w:val="16"/>
                <w:lang w:val="fr-FR"/>
              </w:rPr>
              <w:t xml:space="preserve">, prin </w:t>
            </w:r>
            <w:proofErr w:type="spellStart"/>
            <w:r w:rsidRPr="00AD1D4A">
              <w:rPr>
                <w:sz w:val="16"/>
                <w:lang w:val="fr-FR"/>
              </w:rPr>
              <w:t>poștă</w:t>
            </w:r>
            <w:proofErr w:type="spellEnd"/>
            <w:r w:rsidRPr="00AD1D4A">
              <w:rPr>
                <w:sz w:val="16"/>
                <w:lang w:val="fr-FR"/>
              </w:rPr>
              <w:t xml:space="preserve">     ☐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format digital, la </w:t>
            </w:r>
            <w:proofErr w:type="spellStart"/>
            <w:r w:rsidRPr="00AD1D4A">
              <w:rPr>
                <w:sz w:val="16"/>
                <w:lang w:val="fr-FR"/>
              </w:rPr>
              <w:t>adresa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gramStart"/>
            <w:r w:rsidRPr="00AD1D4A">
              <w:rPr>
                <w:sz w:val="16"/>
                <w:lang w:val="fr-FR"/>
              </w:rPr>
              <w:t>de e-mail</w:t>
            </w:r>
            <w:proofErr w:type="gram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indicată</w:t>
            </w:r>
            <w:proofErr w:type="spellEnd"/>
            <w:r w:rsidRPr="00AD1D4A">
              <w:rPr>
                <w:sz w:val="16"/>
                <w:lang w:val="fr-FR"/>
              </w:rPr>
              <w:t xml:space="preserve">     ☐ </w:t>
            </w:r>
            <w:proofErr w:type="spellStart"/>
            <w:r w:rsidRPr="00AD1D4A">
              <w:rPr>
                <w:sz w:val="16"/>
                <w:lang w:val="fr-FR"/>
              </w:rPr>
              <w:t>ridicare</w:t>
            </w:r>
            <w:proofErr w:type="spellEnd"/>
            <w:r w:rsidRPr="00AD1D4A">
              <w:rPr>
                <w:sz w:val="16"/>
                <w:lang w:val="fr-FR"/>
              </w:rPr>
              <w:t xml:space="preserve"> de la </w:t>
            </w:r>
            <w:proofErr w:type="spellStart"/>
            <w:r w:rsidRPr="00AD1D4A">
              <w:rPr>
                <w:sz w:val="16"/>
                <w:lang w:val="fr-FR"/>
              </w:rPr>
              <w:t>sediul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09EE98EE" w14:textId="77777777"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846492" w14:paraId="06936D8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16DA659" w14:textId="77777777" w:rsidR="00846492" w:rsidRDefault="00000000">
            <w:pPr>
              <w:keepNext/>
            </w:pPr>
            <w:r w:rsidRPr="00AD1D4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9.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846492" w14:paraId="72612615" w14:textId="77777777">
        <w:trPr>
          <w:cantSplit/>
          <w:trHeight w:val="510"/>
        </w:trPr>
        <w:tc>
          <w:tcPr>
            <w:tcW w:w="1606" w:type="dxa"/>
          </w:tcPr>
          <w:p w14:paraId="60DE0C5D" w14:textId="77777777" w:rsidR="00846492" w:rsidRDefault="00000000">
            <w:r>
              <w:rPr>
                <w:b/>
                <w:color w:val="0D5F78"/>
              </w:rPr>
              <w:t>Data</w:t>
            </w:r>
          </w:p>
          <w:p w14:paraId="418D45B2" w14:textId="77777777" w:rsidR="00846492" w:rsidRDefault="00846492"/>
        </w:tc>
        <w:tc>
          <w:tcPr>
            <w:tcW w:w="4818" w:type="dxa"/>
          </w:tcPr>
          <w:p w14:paraId="63B78572" w14:textId="77777777" w:rsidR="00846492" w:rsidRDefault="00000000">
            <w:proofErr w:type="spellStart"/>
            <w:r>
              <w:rPr>
                <w:b/>
                <w:color w:val="0D5F78"/>
              </w:rPr>
              <w:t>Beneficiarul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</w:p>
          <w:p w14:paraId="128740B5" w14:textId="77777777" w:rsidR="00846492" w:rsidRDefault="00846492"/>
        </w:tc>
        <w:tc>
          <w:tcPr>
            <w:tcW w:w="3212" w:type="dxa"/>
          </w:tcPr>
          <w:p w14:paraId="69CA0E82" w14:textId="77777777" w:rsidR="00846492" w:rsidRDefault="0000000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079B7842" w14:textId="77777777" w:rsidR="00846492" w:rsidRDefault="00846492"/>
        </w:tc>
      </w:tr>
    </w:tbl>
    <w:p w14:paraId="13FEF6FB" w14:textId="77777777" w:rsidR="00846492" w:rsidRDefault="00846492">
      <w:pPr>
        <w:spacing w:line="168" w:lineRule="auto"/>
      </w:pPr>
    </w:p>
    <w:sectPr w:rsidR="00846492" w:rsidSect="007C5D68">
      <w:type w:val="continuous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7F4E6" w14:textId="77777777" w:rsidR="00B62F1C" w:rsidRDefault="00B62F1C">
      <w:r>
        <w:separator/>
      </w:r>
    </w:p>
  </w:endnote>
  <w:endnote w:type="continuationSeparator" w:id="0">
    <w:p w14:paraId="1F2571BF" w14:textId="77777777" w:rsidR="00B62F1C" w:rsidRDefault="00B62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F5D4A" w14:textId="77777777" w:rsidR="00846492" w:rsidRDefault="00000000">
    <w:pPr>
      <w:pStyle w:val="Subsol"/>
      <w:tabs>
        <w:tab w:val="right" w:pos="9639"/>
      </w:tabs>
    </w:pPr>
    <w:r>
      <w:rPr>
        <w:color w:val="595959"/>
      </w:rPr>
      <w:t xml:space="preserve">F_NOT_01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AD1D4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AD1D4A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2E93B" w14:textId="77777777" w:rsidR="00F343D2" w:rsidRDefault="00F343D2" w:rsidP="00F343D2">
    <w:pPr>
      <w:pStyle w:val="Subsol"/>
      <w:tabs>
        <w:tab w:val="right" w:pos="9639"/>
      </w:tabs>
    </w:pPr>
    <w:r>
      <w:rPr>
        <w:color w:val="595959"/>
      </w:rPr>
      <w:t xml:space="preserve">F_NOT_01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>
      <w:rPr>
        <w:color w:val="595959"/>
      </w:rPr>
      <w:t>2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>
      <w:rPr>
        <w:color w:val="595959"/>
      </w:rPr>
      <w:t>2</w:t>
    </w:r>
    <w:r>
      <w:rPr>
        <w:color w:val="595959"/>
      </w:rPr>
      <w:fldChar w:fldCharType="end"/>
    </w:r>
  </w:p>
  <w:p w14:paraId="30EA6E2D" w14:textId="77777777" w:rsidR="00F343D2" w:rsidRDefault="00F343D2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56164" w14:textId="77777777" w:rsidR="00B62F1C" w:rsidRDefault="00B62F1C">
      <w:r>
        <w:separator/>
      </w:r>
    </w:p>
  </w:footnote>
  <w:footnote w:type="continuationSeparator" w:id="0">
    <w:p w14:paraId="6150B76E" w14:textId="77777777" w:rsidR="00B62F1C" w:rsidRDefault="00B62F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07BB7" w14:textId="53CC4ECF" w:rsidR="007C5D68" w:rsidRDefault="007C5D68">
    <w:pPr>
      <w:pStyle w:val="Antet"/>
      <w:rPr>
        <w:i/>
        <w:iCs/>
        <w:color w:val="000000" w:themeColor="text1"/>
        <w:sz w:val="24"/>
        <w:szCs w:val="24"/>
        <w:u w:val="single"/>
        <w:lang w:val="ro-RO"/>
      </w:rPr>
    </w:pPr>
    <w:r w:rsidRPr="00F343D2">
      <w:rPr>
        <w:i/>
        <w:iCs/>
        <w:color w:val="000000" w:themeColor="text1"/>
        <w:sz w:val="24"/>
        <w:szCs w:val="24"/>
        <w:u w:val="single"/>
        <w:lang w:val="ro-RO"/>
      </w:rPr>
      <w:t>Anexa nr.</w:t>
    </w:r>
    <w:r w:rsidR="00F4129D" w:rsidRPr="00F343D2">
      <w:rPr>
        <w:i/>
        <w:iCs/>
        <w:color w:val="000000" w:themeColor="text1"/>
        <w:sz w:val="24"/>
        <w:szCs w:val="24"/>
        <w:u w:val="single"/>
        <w:lang w:val="ro-RO"/>
      </w:rPr>
      <w:t>3</w:t>
    </w:r>
  </w:p>
  <w:p w14:paraId="20A4B0F4" w14:textId="69253DC8" w:rsidR="006113A9" w:rsidRPr="00F343D2" w:rsidRDefault="006113A9">
    <w:pPr>
      <w:pStyle w:val="Antet"/>
      <w:rPr>
        <w:i/>
        <w:iCs/>
        <w:color w:val="000000" w:themeColor="text1"/>
        <w:sz w:val="24"/>
        <w:szCs w:val="24"/>
        <w:u w:val="single"/>
        <w:lang w:val="ro-RO"/>
      </w:rPr>
    </w:pPr>
    <w:r>
      <w:rPr>
        <w:color w:val="595959"/>
      </w:rPr>
      <w:t xml:space="preserve">F_NOT_01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  <w:p w14:paraId="1B055926" w14:textId="77777777" w:rsidR="00F343D2" w:rsidRPr="00F343D2" w:rsidRDefault="00F343D2">
    <w:pPr>
      <w:pStyle w:val="Antet"/>
      <w:rPr>
        <w:i/>
        <w:iCs/>
        <w:color w:val="000000" w:themeColor="text1"/>
        <w:sz w:val="24"/>
        <w:szCs w:val="24"/>
        <w:lang w:val="ro-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68357596">
    <w:abstractNumId w:val="8"/>
  </w:num>
  <w:num w:numId="2" w16cid:durableId="811796782">
    <w:abstractNumId w:val="6"/>
  </w:num>
  <w:num w:numId="3" w16cid:durableId="1602299517">
    <w:abstractNumId w:val="5"/>
  </w:num>
  <w:num w:numId="4" w16cid:durableId="566454866">
    <w:abstractNumId w:val="4"/>
  </w:num>
  <w:num w:numId="5" w16cid:durableId="1116486043">
    <w:abstractNumId w:val="7"/>
  </w:num>
  <w:num w:numId="6" w16cid:durableId="642930687">
    <w:abstractNumId w:val="3"/>
  </w:num>
  <w:num w:numId="7" w16cid:durableId="798766958">
    <w:abstractNumId w:val="2"/>
  </w:num>
  <w:num w:numId="8" w16cid:durableId="554967532">
    <w:abstractNumId w:val="1"/>
  </w:num>
  <w:num w:numId="9" w16cid:durableId="1942714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A55CA"/>
    <w:rsid w:val="0029639D"/>
    <w:rsid w:val="0031113E"/>
    <w:rsid w:val="00320861"/>
    <w:rsid w:val="00326F90"/>
    <w:rsid w:val="003869B3"/>
    <w:rsid w:val="003F4418"/>
    <w:rsid w:val="004D2D0E"/>
    <w:rsid w:val="004E2246"/>
    <w:rsid w:val="0060615D"/>
    <w:rsid w:val="006113A9"/>
    <w:rsid w:val="006C103E"/>
    <w:rsid w:val="007C5D68"/>
    <w:rsid w:val="007F39C2"/>
    <w:rsid w:val="00846492"/>
    <w:rsid w:val="00852977"/>
    <w:rsid w:val="0086488A"/>
    <w:rsid w:val="00870FD7"/>
    <w:rsid w:val="00932ED5"/>
    <w:rsid w:val="00A05CF1"/>
    <w:rsid w:val="00A17614"/>
    <w:rsid w:val="00AA1D8D"/>
    <w:rsid w:val="00AD1D4A"/>
    <w:rsid w:val="00B47730"/>
    <w:rsid w:val="00B62F1C"/>
    <w:rsid w:val="00CA6FDB"/>
    <w:rsid w:val="00CB0664"/>
    <w:rsid w:val="00D2019F"/>
    <w:rsid w:val="00D2346C"/>
    <w:rsid w:val="00E52AF9"/>
    <w:rsid w:val="00E61A6B"/>
    <w:rsid w:val="00F343D2"/>
    <w:rsid w:val="00F4129D"/>
    <w:rsid w:val="00FC693F"/>
    <w:rsid w:val="00FD1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07E33A0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3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855</Words>
  <Characters>4879</Characters>
  <Application>Microsoft Office Word</Application>
  <DocSecurity>0</DocSecurity>
  <Lines>40</Lines>
  <Paragraphs>11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5723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 Dodan</dc:creator>
  <cp:keywords/>
  <cp:lastModifiedBy>Cons3</cp:lastModifiedBy>
  <cp:revision>2</cp:revision>
  <dcterms:created xsi:type="dcterms:W3CDTF">2026-10-06T16:49:00Z</dcterms:created>
  <dcterms:modified xsi:type="dcterms:W3CDTF">2026-10-06T16:49:00Z</dcterms:modified>
  <cp:category/>
</cp:coreProperties>
</file>