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A0C53" w14:paraId="57FC182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573D6B6" w14:textId="77777777" w:rsidR="001A0C5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800D9C0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3AE7CF3" w14:textId="77777777" w:rsidR="001A0C53" w:rsidRDefault="001A0C53">
            <w:pPr>
              <w:keepNext/>
            </w:pPr>
            <w:r>
              <w:t>BUZĂU</w:t>
            </w:r>
          </w:p>
        </w:tc>
      </w:tr>
      <w:tr w:rsidR="001A0C53" w14:paraId="04FF184C" w14:textId="77777777">
        <w:trPr>
          <w:cantSplit/>
          <w:trHeight w:val="510"/>
        </w:trPr>
        <w:tc>
          <w:tcPr>
            <w:tcW w:w="1606" w:type="dxa"/>
            <w:vMerge/>
          </w:tcPr>
          <w:p w14:paraId="7D37212C" w14:textId="77777777" w:rsidR="001A0C53" w:rsidRDefault="001A0C53"/>
        </w:tc>
        <w:tc>
          <w:tcPr>
            <w:tcW w:w="8030" w:type="dxa"/>
            <w:gridSpan w:val="3"/>
          </w:tcPr>
          <w:p w14:paraId="47009E1A" w14:textId="77777777" w:rsidR="001A0C53" w:rsidRDefault="00000000">
            <w:pPr>
              <w:keepNext/>
            </w:pPr>
            <w:r>
              <w:t>PRIMĂRIA COMUNEI BOLDU</w:t>
            </w:r>
          </w:p>
          <w:p w14:paraId="7DBE34DE" w14:textId="77777777" w:rsidR="001A0C53" w:rsidRDefault="001A0C53">
            <w:pPr>
              <w:keepNext/>
            </w:pPr>
          </w:p>
        </w:tc>
      </w:tr>
      <w:tr w:rsidR="001A0C53" w14:paraId="011B0599" w14:textId="77777777">
        <w:trPr>
          <w:cantSplit/>
          <w:trHeight w:val="510"/>
        </w:trPr>
        <w:tc>
          <w:tcPr>
            <w:tcW w:w="1606" w:type="dxa"/>
            <w:vMerge/>
          </w:tcPr>
          <w:p w14:paraId="4953C199" w14:textId="77777777" w:rsidR="001A0C53" w:rsidRDefault="001A0C53"/>
        </w:tc>
        <w:tc>
          <w:tcPr>
            <w:tcW w:w="2409" w:type="dxa"/>
          </w:tcPr>
          <w:p w14:paraId="2D36E7F2" w14:textId="77777777" w:rsidR="001A0C53" w:rsidRPr="00290F63" w:rsidRDefault="00000000">
            <w:pPr>
              <w:keepNext/>
              <w:rPr>
                <w:lang w:val="fr-FR"/>
              </w:rPr>
            </w:pPr>
            <w:r w:rsidRPr="00290F6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90F6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90F63">
              <w:rPr>
                <w:b/>
                <w:color w:val="0D5F78"/>
                <w:lang w:val="fr-FR"/>
              </w:rPr>
              <w:t xml:space="preserve"> (CIF)</w:t>
            </w:r>
          </w:p>
          <w:p w14:paraId="2E6CEED4" w14:textId="77777777" w:rsidR="001A0C53" w:rsidRPr="00290F63" w:rsidRDefault="001A0C53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</w:tcPr>
          <w:p w14:paraId="24131289" w14:textId="77777777" w:rsidR="001A0C53" w:rsidRDefault="00000000">
            <w:pPr>
              <w:keepNext/>
            </w:pPr>
            <w:r>
              <w:t>Adresa</w:t>
            </w:r>
          </w:p>
          <w:p w14:paraId="0ABACB3E" w14:textId="77777777" w:rsidR="001A0C53" w:rsidRDefault="00000000">
            <w:pPr>
              <w:keepNext/>
            </w:pPr>
            <w:r>
              <w:t>Sat Boldu, comuna Boldu, județul Buzău</w:t>
            </w:r>
          </w:p>
          <w:p w14:paraId="3B13C937" w14:textId="77777777" w:rsidR="001A0C53" w:rsidRDefault="001A0C53">
            <w:pPr>
              <w:keepNext/>
            </w:pPr>
            <w:r>
              <w:t>Tel./Fax: 0238.576505; E-mail: contact@primariaboldu.ro</w:t>
            </w:r>
          </w:p>
        </w:tc>
      </w:tr>
      <w:tr w:rsidR="001A0C53" w14:paraId="09601C14" w14:textId="77777777">
        <w:trPr>
          <w:cantSplit/>
          <w:trHeight w:val="510"/>
        </w:trPr>
        <w:tc>
          <w:tcPr>
            <w:tcW w:w="1606" w:type="dxa"/>
            <w:vMerge/>
          </w:tcPr>
          <w:p w14:paraId="04B25E0E" w14:textId="77777777" w:rsidR="001A0C53" w:rsidRDefault="001A0C53"/>
        </w:tc>
        <w:tc>
          <w:tcPr>
            <w:tcW w:w="4818" w:type="dxa"/>
            <w:gridSpan w:val="2"/>
          </w:tcPr>
          <w:p w14:paraId="49CEFDA7" w14:textId="77777777" w:rsidR="001A0C53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4E5C858" w14:textId="77777777" w:rsidR="001A0C53" w:rsidRDefault="001A0C53"/>
        </w:tc>
        <w:tc>
          <w:tcPr>
            <w:tcW w:w="3212" w:type="dxa"/>
          </w:tcPr>
          <w:p w14:paraId="1E4395F0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21DBD3FC" w14:textId="77777777" w:rsidR="001A0C53" w:rsidRDefault="001A0C53"/>
        </w:tc>
      </w:tr>
    </w:tbl>
    <w:p w14:paraId="4721E137" w14:textId="77777777" w:rsidR="001A0C53" w:rsidRDefault="001A0C53">
      <w:pPr>
        <w:spacing w:line="168" w:lineRule="auto"/>
      </w:pPr>
    </w:p>
    <w:p w14:paraId="79C9CC6D" w14:textId="77777777" w:rsidR="001A0C53" w:rsidRPr="00E44460" w:rsidRDefault="00000000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000000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000000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Lege</w:t>
            </w:r>
            <w:r w:rsidR="00290F63">
              <w:t>a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000000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FF02" w14:textId="77777777" w:rsidR="008B3A3E" w:rsidRDefault="008B3A3E">
      <w:r>
        <w:separator/>
      </w:r>
    </w:p>
  </w:endnote>
  <w:endnote w:type="continuationSeparator" w:id="0">
    <w:p w14:paraId="4CD49771" w14:textId="77777777" w:rsidR="008B3A3E" w:rsidRDefault="008B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4B4B" w14:textId="77777777" w:rsidR="001A0C53" w:rsidRDefault="00000000">
    <w:pPr>
      <w:pStyle w:val="Subsol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EE03" w14:textId="77777777" w:rsidR="008B3A3E" w:rsidRDefault="008B3A3E">
      <w:r>
        <w:separator/>
      </w:r>
    </w:p>
  </w:footnote>
  <w:footnote w:type="continuationSeparator" w:id="0">
    <w:p w14:paraId="62E07054" w14:textId="77777777" w:rsidR="008B3A3E" w:rsidRDefault="008B3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9991055">
    <w:abstractNumId w:val="8"/>
  </w:num>
  <w:num w:numId="2" w16cid:durableId="2134591638">
    <w:abstractNumId w:val="6"/>
  </w:num>
  <w:num w:numId="3" w16cid:durableId="398285911">
    <w:abstractNumId w:val="5"/>
  </w:num>
  <w:num w:numId="4" w16cid:durableId="2098555628">
    <w:abstractNumId w:val="4"/>
  </w:num>
  <w:num w:numId="5" w16cid:durableId="726536668">
    <w:abstractNumId w:val="7"/>
  </w:num>
  <w:num w:numId="6" w16cid:durableId="433290199">
    <w:abstractNumId w:val="3"/>
  </w:num>
  <w:num w:numId="7" w16cid:durableId="363556034">
    <w:abstractNumId w:val="2"/>
  </w:num>
  <w:num w:numId="8" w16cid:durableId="1082996098">
    <w:abstractNumId w:val="1"/>
  </w:num>
  <w:num w:numId="9" w16cid:durableId="1593975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3817B9"/>
    <w:rsid w:val="006C103E"/>
    <w:rsid w:val="008B3A3E"/>
    <w:rsid w:val="00AA1D8D"/>
    <w:rsid w:val="00AB207E"/>
    <w:rsid w:val="00B47730"/>
    <w:rsid w:val="00CB0664"/>
    <w:rsid w:val="00DC2E53"/>
    <w:rsid w:val="00E44460"/>
    <w:rsid w:val="00E61A6B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2026-10-06T16:53:00Z</dcterms:created>
  <dcterms:modified xsi:type="dcterms:W3CDTF">2026-10-06T16:53:00Z</dcterms:modified>
  <cp:category/>
</cp:coreProperties>
</file>