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C85C0B" w14:paraId="519B4AD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A88CE79" w14:textId="77777777" w:rsidR="00C85C0B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487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48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2D65C390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40C295B" w14:textId="77777777" w:rsidR="00C85C0B" w:rsidRDefault="00C85C0B">
            <w:pPr>
              <w:keepNext/>
            </w:pPr>
            <w:r>
              <w:t>BUZĂU</w:t>
            </w:r>
          </w:p>
        </w:tc>
      </w:tr>
      <w:tr w:rsidR="00C85C0B" w14:paraId="0ACFA7D3" w14:textId="77777777">
        <w:trPr>
          <w:cantSplit/>
          <w:trHeight w:val="510"/>
        </w:trPr>
        <w:tc>
          <w:tcPr>
            <w:tcW w:w="1606" w:type="dxa"/>
            <w:vMerge/>
          </w:tcPr>
          <w:p w14:paraId="4D922E0F" w14:textId="77777777" w:rsidR="00C85C0B" w:rsidRDefault="00C85C0B"/>
        </w:tc>
        <w:tc>
          <w:tcPr>
            <w:tcW w:w="8030" w:type="dxa"/>
            <w:gridSpan w:val="3"/>
            <w:shd w:val="clear" w:color="auto" w:fill="F0F0F0"/>
          </w:tcPr>
          <w:p w14:paraId="7BFDD222" w14:textId="77777777" w:rsidR="00C85C0B" w:rsidRDefault="00000000">
            <w:pPr>
              <w:keepNext/>
            </w:pPr>
            <w:r>
              <w:t>PRIMĂRIA COMUNEI BOLDU</w:t>
            </w:r>
          </w:p>
          <w:p w14:paraId="537356A4" w14:textId="77777777" w:rsidR="00C85C0B" w:rsidRDefault="00C85C0B">
            <w:pPr>
              <w:keepNext/>
            </w:pPr>
          </w:p>
        </w:tc>
      </w:tr>
      <w:tr w:rsidR="00C85C0B" w14:paraId="06B81FB7" w14:textId="77777777">
        <w:trPr>
          <w:cantSplit/>
          <w:trHeight w:val="510"/>
        </w:trPr>
        <w:tc>
          <w:tcPr>
            <w:tcW w:w="1606" w:type="dxa"/>
            <w:vMerge/>
          </w:tcPr>
          <w:p w14:paraId="5B65FFC0" w14:textId="77777777" w:rsidR="00C85C0B" w:rsidRDefault="00C85C0B"/>
        </w:tc>
        <w:tc>
          <w:tcPr>
            <w:tcW w:w="2409" w:type="dxa"/>
            <w:shd w:val="clear" w:color="auto" w:fill="F0F0F0"/>
          </w:tcPr>
          <w:p w14:paraId="73114822" w14:textId="77777777" w:rsidR="00C85C0B" w:rsidRPr="00150E80" w:rsidRDefault="00000000">
            <w:pPr>
              <w:keepNext/>
              <w:rPr>
                <w:lang w:val="fr-FR"/>
              </w:rPr>
            </w:pPr>
            <w:r w:rsidRPr="00150E80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150E80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150E80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150E80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150E80">
              <w:rPr>
                <w:b/>
                <w:color w:val="0D5F78"/>
                <w:lang w:val="fr-FR"/>
              </w:rPr>
              <w:t xml:space="preserve"> (CIF)</w:t>
            </w:r>
          </w:p>
          <w:p w14:paraId="790922F4" w14:textId="77777777" w:rsidR="00C85C0B" w:rsidRPr="00150E80" w:rsidRDefault="00C85C0B">
            <w:pPr>
              <w:keepNext/>
              <w:rPr>
                <w:lang w:val="fr-FR"/>
              </w:rPr>
            </w:pPr>
            <w:r>
              <w:t>2407842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E8EEC57" w14:textId="77777777" w:rsidR="00C85C0B" w:rsidRDefault="00000000">
            <w:pPr>
              <w:keepNext/>
            </w:pPr>
            <w:r>
              <w:t>Adresa</w:t>
            </w:r>
          </w:p>
          <w:p w14:paraId="7C0DAFA0" w14:textId="77777777" w:rsidR="00C85C0B" w:rsidRDefault="00000000">
            <w:pPr>
              <w:keepNext/>
            </w:pPr>
            <w:r>
              <w:t>Sat Boldu, comuna Boldu, județul Buzău</w:t>
            </w:r>
          </w:p>
          <w:p w14:paraId="34178E3A" w14:textId="77777777" w:rsidR="00C85C0B" w:rsidRDefault="00C85C0B">
            <w:pPr>
              <w:keepNext/>
            </w:pPr>
            <w:r>
              <w:t>Tel./Fax: 0238.576505; E-mail: contact@primariaboldu.ro</w:t>
            </w:r>
          </w:p>
        </w:tc>
      </w:tr>
      <w:tr w:rsidR="00C85C0B" w14:paraId="024C8C88" w14:textId="77777777">
        <w:trPr>
          <w:cantSplit/>
          <w:trHeight w:val="510"/>
        </w:trPr>
        <w:tc>
          <w:tcPr>
            <w:tcW w:w="1606" w:type="dxa"/>
            <w:vMerge/>
          </w:tcPr>
          <w:p w14:paraId="60A55E62" w14:textId="77777777" w:rsidR="00C85C0B" w:rsidRDefault="00C85C0B"/>
        </w:tc>
        <w:tc>
          <w:tcPr>
            <w:tcW w:w="4818" w:type="dxa"/>
            <w:gridSpan w:val="2"/>
            <w:shd w:val="clear" w:color="auto" w:fill="F0F0F0"/>
          </w:tcPr>
          <w:p w14:paraId="4322CA91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8C1E4E9" w14:textId="77777777" w:rsidR="00C85C0B" w:rsidRDefault="00C85C0B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1777605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EF75A35" w14:textId="77777777" w:rsidR="00C85C0B" w:rsidRDefault="00C85C0B">
            <w:pPr>
              <w:keepNext/>
            </w:pPr>
          </w:p>
        </w:tc>
      </w:tr>
      <w:tr w:rsidR="00C85C0B" w:rsidRPr="003A7070" w14:paraId="25CEB233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DB7F8C0" w14:textId="77777777" w:rsidR="00C85C0B" w:rsidRPr="00150E80" w:rsidRDefault="00000000">
            <w:pPr>
              <w:rPr>
                <w:lang w:val="fr-FR"/>
              </w:rPr>
            </w:pPr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150E80">
              <w:rPr>
                <w:i/>
                <w:color w:val="595959"/>
                <w:lang w:val="fr-FR"/>
              </w:rPr>
              <w:t>se</w:t>
            </w:r>
            <w:proofErr w:type="gram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scrie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în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150E80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05970DD8" w14:textId="77777777" w:rsidR="00C85C0B" w:rsidRPr="00150E80" w:rsidRDefault="00C85C0B">
      <w:pPr>
        <w:spacing w:line="168" w:lineRule="auto"/>
        <w:rPr>
          <w:lang w:val="fr-FR"/>
        </w:rPr>
      </w:pPr>
    </w:p>
    <w:p w14:paraId="0EFADD9B" w14:textId="77777777" w:rsidR="00C85C0B" w:rsidRPr="003A7070" w:rsidRDefault="00000000">
      <w:pPr>
        <w:spacing w:before="140" w:after="40"/>
        <w:jc w:val="center"/>
        <w:rPr>
          <w:sz w:val="28"/>
          <w:szCs w:val="28"/>
        </w:rPr>
      </w:pPr>
      <w:r w:rsidRPr="003A7070">
        <w:rPr>
          <w:b/>
          <w:sz w:val="28"/>
          <w:szCs w:val="28"/>
        </w:rPr>
        <w:t>ÎNȘTIINȚARE</w:t>
      </w:r>
    </w:p>
    <w:p w14:paraId="49143762" w14:textId="77777777" w:rsidR="00C85C0B" w:rsidRDefault="00000000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finalizarea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notificate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și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solicitarea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participării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reprezentantului</w:t>
      </w:r>
      <w:proofErr w:type="spellEnd"/>
      <w:r>
        <w:rPr>
          <w:sz w:val="19"/>
        </w:rPr>
        <w:t xml:space="preserve"> UAT la </w:t>
      </w:r>
      <w:proofErr w:type="spellStart"/>
      <w:r>
        <w:rPr>
          <w:sz w:val="19"/>
        </w:rPr>
        <w:t>recepție</w:t>
      </w:r>
      <w:proofErr w:type="spellEnd"/>
    </w:p>
    <w:p w14:paraId="279D8DA9" w14:textId="77777777" w:rsidR="00C85C0B" w:rsidRDefault="00C85C0B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C85C0B" w14:paraId="3C6CD726" w14:textId="77777777">
        <w:trPr>
          <w:cantSplit/>
        </w:trPr>
        <w:tc>
          <w:tcPr>
            <w:tcW w:w="9636" w:type="dxa"/>
            <w:shd w:val="clear" w:color="auto" w:fill="F4F4F4"/>
          </w:tcPr>
          <w:p w14:paraId="625044D0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C85C0B" w:rsidRPr="00150E80" w14:paraId="037E1A48" w14:textId="77777777">
        <w:trPr>
          <w:cantSplit/>
          <w:trHeight w:val="510"/>
        </w:trPr>
        <w:tc>
          <w:tcPr>
            <w:tcW w:w="9636" w:type="dxa"/>
          </w:tcPr>
          <w:p w14:paraId="3686A2C0" w14:textId="77777777" w:rsidR="00C85C0B" w:rsidRPr="00150E80" w:rsidRDefault="00000000">
            <w:pPr>
              <w:keepNext/>
              <w:rPr>
                <w:lang w:val="fr-FR"/>
              </w:rPr>
            </w:pPr>
            <w:proofErr w:type="spellStart"/>
            <w:r w:rsidRPr="00150E80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661E6056" w14:textId="77777777" w:rsidR="00C85C0B" w:rsidRPr="00150E80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150E80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150E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comunei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sector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150E80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150E80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3662B31C" w14:textId="77777777" w:rsidR="00C85C0B" w:rsidRPr="00150E80" w:rsidRDefault="00C85C0B">
            <w:pPr>
              <w:keepNext/>
              <w:rPr>
                <w:lang w:val="fr-FR"/>
              </w:rPr>
            </w:pPr>
          </w:p>
        </w:tc>
      </w:tr>
      <w:tr w:rsidR="00C85C0B" w:rsidRPr="00150E80" w14:paraId="2EC5D0A0" w14:textId="77777777">
        <w:trPr>
          <w:cantSplit/>
        </w:trPr>
        <w:tc>
          <w:tcPr>
            <w:tcW w:w="9636" w:type="dxa"/>
            <w:shd w:val="clear" w:color="auto" w:fill="F4F4F4"/>
          </w:tcPr>
          <w:p w14:paraId="17C2FF38" w14:textId="77777777" w:rsidR="00C85C0B" w:rsidRPr="00150E80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150E80">
              <w:rPr>
                <w:lang w:val="fr-FR"/>
              </w:rPr>
              <w:t>Cererea</w:t>
            </w:r>
            <w:proofErr w:type="spellEnd"/>
            <w:r w:rsidRPr="00150E80">
              <w:rPr>
                <w:lang w:val="fr-FR"/>
              </w:rPr>
              <w:t xml:space="preserve"> va fi </w:t>
            </w:r>
            <w:proofErr w:type="spellStart"/>
            <w:r w:rsidRPr="00150E80">
              <w:rPr>
                <w:lang w:val="fr-FR"/>
              </w:rPr>
              <w:t>transmisă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către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președintele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consiliului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județean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general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de </w:t>
            </w:r>
            <w:proofErr w:type="spellStart"/>
            <w:r w:rsidRPr="00150E80">
              <w:rPr>
                <w:lang w:val="fr-FR"/>
              </w:rPr>
              <w:t>sector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sau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primarul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municipiului</w:t>
            </w:r>
            <w:proofErr w:type="spellEnd"/>
            <w:r w:rsidRPr="00150E80">
              <w:rPr>
                <w:lang w:val="fr-FR"/>
              </w:rPr>
              <w:t xml:space="preserve"> / </w:t>
            </w:r>
            <w:proofErr w:type="spellStart"/>
            <w:r w:rsidRPr="00150E80">
              <w:rPr>
                <w:lang w:val="fr-FR"/>
              </w:rPr>
              <w:t>orașului</w:t>
            </w:r>
            <w:proofErr w:type="spellEnd"/>
            <w:r w:rsidRPr="00150E80">
              <w:rPr>
                <w:lang w:val="fr-FR"/>
              </w:rPr>
              <w:t xml:space="preserve"> / </w:t>
            </w:r>
            <w:proofErr w:type="spellStart"/>
            <w:r w:rsidRPr="00150E80">
              <w:rPr>
                <w:lang w:val="fr-FR"/>
              </w:rPr>
              <w:t>comunei</w:t>
            </w:r>
            <w:proofErr w:type="spellEnd"/>
            <w:r w:rsidRPr="00150E80">
              <w:rPr>
                <w:lang w:val="fr-FR"/>
              </w:rPr>
              <w:t xml:space="preserve">, </w:t>
            </w:r>
            <w:proofErr w:type="spellStart"/>
            <w:r w:rsidRPr="00150E80">
              <w:rPr>
                <w:lang w:val="fr-FR"/>
              </w:rPr>
              <w:t>după</w:t>
            </w:r>
            <w:proofErr w:type="spellEnd"/>
            <w:r w:rsidRPr="00150E80">
              <w:rPr>
                <w:lang w:val="fr-FR"/>
              </w:rPr>
              <w:t xml:space="preserve"> </w:t>
            </w:r>
            <w:proofErr w:type="spellStart"/>
            <w:r w:rsidRPr="00150E80">
              <w:rPr>
                <w:lang w:val="fr-FR"/>
              </w:rPr>
              <w:t>caz</w:t>
            </w:r>
            <w:proofErr w:type="spellEnd"/>
            <w:r w:rsidRPr="00150E80">
              <w:rPr>
                <w:lang w:val="fr-FR"/>
              </w:rPr>
              <w:t>.</w:t>
            </w:r>
          </w:p>
        </w:tc>
      </w:tr>
    </w:tbl>
    <w:p w14:paraId="75E15653" w14:textId="77777777" w:rsidR="00C85C0B" w:rsidRPr="00150E80" w:rsidRDefault="00C85C0B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C85C0B" w14:paraId="4CD31CB5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0B9A3F0" w14:textId="77777777" w:rsidR="00C85C0B" w:rsidRDefault="00000000">
            <w:pPr>
              <w:keepNext/>
            </w:pPr>
            <w:r w:rsidRPr="00150E80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C85C0B" w14:paraId="40A1A9A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5A012285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78962F31" w14:textId="77777777" w:rsidR="00C85C0B" w:rsidRDefault="00C85C0B">
            <w:pPr>
              <w:keepNext/>
            </w:pPr>
          </w:p>
        </w:tc>
        <w:tc>
          <w:tcPr>
            <w:tcW w:w="4015" w:type="dxa"/>
            <w:gridSpan w:val="3"/>
          </w:tcPr>
          <w:p w14:paraId="349D53B4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12A0DF42" w14:textId="77777777" w:rsidR="00C85C0B" w:rsidRDefault="00C85C0B">
            <w:pPr>
              <w:keepNext/>
            </w:pPr>
          </w:p>
        </w:tc>
      </w:tr>
      <w:tr w:rsidR="00C85C0B" w14:paraId="56206DC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4F6AB90" w14:textId="77777777" w:rsidR="00C85C0B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C85C0B" w14:paraId="7C029D77" w14:textId="77777777">
        <w:trPr>
          <w:cantSplit/>
          <w:trHeight w:val="510"/>
        </w:trPr>
        <w:tc>
          <w:tcPr>
            <w:tcW w:w="1606" w:type="dxa"/>
          </w:tcPr>
          <w:p w14:paraId="351F7907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372DB4F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8543067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10D1BCEF" w14:textId="77777777" w:rsidR="00C85C0B" w:rsidRDefault="00C85C0B">
            <w:pPr>
              <w:keepNext/>
            </w:pPr>
          </w:p>
        </w:tc>
        <w:tc>
          <w:tcPr>
            <w:tcW w:w="4818" w:type="dxa"/>
            <w:gridSpan w:val="5"/>
          </w:tcPr>
          <w:p w14:paraId="5949C44F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7DFD005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E02C3D3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B1F54BC" w14:textId="77777777" w:rsidR="00C85C0B" w:rsidRDefault="00C85C0B">
            <w:pPr>
              <w:keepNext/>
            </w:pPr>
          </w:p>
        </w:tc>
      </w:tr>
      <w:tr w:rsidR="00C85C0B" w14:paraId="75E57117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B5FD119" w14:textId="77777777" w:rsidR="00C85C0B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C85C0B" w14:paraId="1FB30C8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E30645B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2186F192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4"/>
          </w:tcPr>
          <w:p w14:paraId="50EE20EA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5A7197A9" w14:textId="77777777" w:rsidR="00C85C0B" w:rsidRDefault="00C85C0B">
            <w:pPr>
              <w:keepNext/>
            </w:pPr>
          </w:p>
        </w:tc>
        <w:tc>
          <w:tcPr>
            <w:tcW w:w="3212" w:type="dxa"/>
            <w:gridSpan w:val="2"/>
          </w:tcPr>
          <w:p w14:paraId="52D40263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2A6C818F" w14:textId="77777777" w:rsidR="00C85C0B" w:rsidRDefault="00C85C0B">
            <w:pPr>
              <w:keepNext/>
            </w:pPr>
          </w:p>
        </w:tc>
      </w:tr>
      <w:tr w:rsidR="00C85C0B" w14:paraId="648F5CD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2F3D4F5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4F3D8CE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075341DA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0120A0F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6F18AE53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0E48DEE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7B25ACF6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F6960D6" w14:textId="77777777" w:rsidR="00C85C0B" w:rsidRDefault="00C85C0B">
            <w:pPr>
              <w:keepNext/>
            </w:pPr>
          </w:p>
        </w:tc>
        <w:tc>
          <w:tcPr>
            <w:tcW w:w="803" w:type="dxa"/>
          </w:tcPr>
          <w:p w14:paraId="38B4DB2B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0D48C9FB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3C794EFE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14D83194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44F2C34C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303B0DDB" w14:textId="77777777" w:rsidR="00C85C0B" w:rsidRDefault="00C85C0B">
            <w:pPr>
              <w:keepNext/>
            </w:pPr>
          </w:p>
        </w:tc>
      </w:tr>
      <w:tr w:rsidR="00C85C0B" w14:paraId="0BDBE80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AE91BC9" w14:textId="77777777" w:rsidR="00C85C0B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C85C0B" w14:paraId="457FAA8A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E603D1E" w14:textId="77777777" w:rsidR="00C85C0B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1D1557B5" w14:textId="77777777" w:rsidR="00C85C0B" w:rsidRDefault="00C85C0B"/>
        </w:tc>
        <w:tc>
          <w:tcPr>
            <w:tcW w:w="5621" w:type="dxa"/>
            <w:gridSpan w:val="5"/>
          </w:tcPr>
          <w:p w14:paraId="56D269E2" w14:textId="77777777" w:rsidR="00C85C0B" w:rsidRDefault="00000000">
            <w:r>
              <w:rPr>
                <w:b/>
                <w:color w:val="0D5F78"/>
              </w:rPr>
              <w:t>E-mail</w:t>
            </w:r>
          </w:p>
          <w:p w14:paraId="6134E69B" w14:textId="77777777" w:rsidR="00C85C0B" w:rsidRDefault="00C85C0B"/>
        </w:tc>
      </w:tr>
    </w:tbl>
    <w:p w14:paraId="4DBE4EFE" w14:textId="77777777" w:rsidR="00C85C0B" w:rsidRDefault="00C85C0B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4818"/>
      </w:tblGrid>
      <w:tr w:rsidR="00C85C0B" w14:paraId="470E2D0D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8E93E77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3. </w:t>
            </w:r>
            <w:r>
              <w:rPr>
                <w:b/>
                <w:color w:val="000000"/>
                <w:sz w:val="18"/>
              </w:rPr>
              <w:t>NOTIFICAREA</w:t>
            </w:r>
          </w:p>
        </w:tc>
      </w:tr>
      <w:tr w:rsidR="00C85C0B" w14:paraId="1F3A1F64" w14:textId="77777777">
        <w:trPr>
          <w:cantSplit/>
          <w:trHeight w:val="510"/>
        </w:trPr>
        <w:tc>
          <w:tcPr>
            <w:tcW w:w="2409" w:type="dxa"/>
          </w:tcPr>
          <w:p w14:paraId="05E3330D" w14:textId="77777777" w:rsidR="00C85C0B" w:rsidRDefault="00000000">
            <w:r>
              <w:rPr>
                <w:b/>
                <w:color w:val="0D5F78"/>
              </w:rPr>
              <w:t xml:space="preserve">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notificării</w:t>
            </w:r>
            <w:proofErr w:type="spellEnd"/>
          </w:p>
          <w:p w14:paraId="782A3FB4" w14:textId="77777777" w:rsidR="00C85C0B" w:rsidRDefault="00C85C0B"/>
        </w:tc>
        <w:tc>
          <w:tcPr>
            <w:tcW w:w="2409" w:type="dxa"/>
          </w:tcPr>
          <w:p w14:paraId="07DACF42" w14:textId="77777777" w:rsidR="00C85C0B" w:rsidRDefault="00000000">
            <w:proofErr w:type="spellStart"/>
            <w:r>
              <w:rPr>
                <w:b/>
                <w:color w:val="0D5F78"/>
              </w:rPr>
              <w:t>Proiect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cod</w:t>
            </w:r>
            <w:proofErr w:type="gramEnd"/>
          </w:p>
          <w:p w14:paraId="704DDBFC" w14:textId="77777777" w:rsidR="00C85C0B" w:rsidRDefault="00C85C0B"/>
        </w:tc>
        <w:tc>
          <w:tcPr>
            <w:tcW w:w="4818" w:type="dxa"/>
          </w:tcPr>
          <w:p w14:paraId="75FD378C" w14:textId="77777777" w:rsidR="00C85C0B" w:rsidRDefault="00000000">
            <w:proofErr w:type="spellStart"/>
            <w:r>
              <w:rPr>
                <w:b/>
                <w:color w:val="0D5F78"/>
              </w:rPr>
              <w:t>Imobilul</w:t>
            </w:r>
            <w:proofErr w:type="spellEnd"/>
          </w:p>
          <w:p w14:paraId="0E48F05F" w14:textId="77777777" w:rsidR="00C85C0B" w:rsidRDefault="00C85C0B"/>
        </w:tc>
      </w:tr>
    </w:tbl>
    <w:p w14:paraId="13D2FF9F" w14:textId="77777777" w:rsidR="00C85C0B" w:rsidRDefault="00C85C0B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3212"/>
        <w:gridCol w:w="1606"/>
        <w:gridCol w:w="4818"/>
      </w:tblGrid>
      <w:tr w:rsidR="00C85C0B" w14:paraId="7A7201EB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A52465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EXECUȚIA ȘI RECEPȚIA</w:t>
            </w:r>
          </w:p>
        </w:tc>
      </w:tr>
      <w:tr w:rsidR="00C85C0B" w14:paraId="49509B49" w14:textId="77777777">
        <w:trPr>
          <w:cantSplit/>
          <w:trHeight w:val="510"/>
        </w:trPr>
        <w:tc>
          <w:tcPr>
            <w:tcW w:w="4818" w:type="dxa"/>
            <w:gridSpan w:val="2"/>
          </w:tcPr>
          <w:p w14:paraId="02C07C4D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începerii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lucrărilor</w:t>
            </w:r>
            <w:proofErr w:type="spellEnd"/>
          </w:p>
          <w:p w14:paraId="2D6D470D" w14:textId="77777777" w:rsidR="00C85C0B" w:rsidRDefault="00000000">
            <w:pPr>
              <w:keepNext/>
            </w:pPr>
            <w:r>
              <w:rPr>
                <w:i/>
                <w:color w:val="7A7A7A"/>
              </w:rPr>
              <w:t xml:space="preserve">se </w:t>
            </w:r>
            <w:proofErr w:type="spellStart"/>
            <w:r>
              <w:rPr>
                <w:i/>
                <w:color w:val="7A7A7A"/>
              </w:rPr>
              <w:t>declară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aici</w:t>
            </w:r>
            <w:proofErr w:type="spellEnd"/>
          </w:p>
          <w:p w14:paraId="544B9697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72DCF9AA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finalizării</w:t>
            </w:r>
            <w:proofErr w:type="spellEnd"/>
          </w:p>
          <w:p w14:paraId="2262F4A8" w14:textId="77777777" w:rsidR="00C85C0B" w:rsidRDefault="00C85C0B">
            <w:pPr>
              <w:keepNext/>
            </w:pPr>
          </w:p>
        </w:tc>
      </w:tr>
      <w:tr w:rsidR="00C85C0B" w14:paraId="6C0C82B1" w14:textId="77777777">
        <w:trPr>
          <w:cantSplit/>
          <w:trHeight w:val="510"/>
        </w:trPr>
        <w:tc>
          <w:tcPr>
            <w:tcW w:w="3212" w:type="dxa"/>
          </w:tcPr>
          <w:p w14:paraId="34621996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 xml:space="preserve">Data </w:t>
            </w:r>
            <w:proofErr w:type="spellStart"/>
            <w:r>
              <w:rPr>
                <w:b/>
                <w:color w:val="0D5F78"/>
              </w:rPr>
              <w:t>propusă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pentru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recepție</w:t>
            </w:r>
            <w:proofErr w:type="spellEnd"/>
          </w:p>
          <w:p w14:paraId="327C4FB5" w14:textId="77777777" w:rsidR="00C85C0B" w:rsidRDefault="00C85C0B">
            <w:pPr>
              <w:keepNext/>
            </w:pPr>
          </w:p>
        </w:tc>
        <w:tc>
          <w:tcPr>
            <w:tcW w:w="1606" w:type="dxa"/>
          </w:tcPr>
          <w:p w14:paraId="660A9FC7" w14:textId="77777777" w:rsidR="00C85C0B" w:rsidRDefault="00000000">
            <w:pPr>
              <w:keepNext/>
            </w:pPr>
            <w:r>
              <w:rPr>
                <w:b/>
                <w:color w:val="0D5F78"/>
              </w:rPr>
              <w:t>ora</w:t>
            </w:r>
          </w:p>
          <w:p w14:paraId="40A08B01" w14:textId="77777777" w:rsidR="00C85C0B" w:rsidRDefault="00C85C0B">
            <w:pPr>
              <w:keepNext/>
            </w:pPr>
          </w:p>
        </w:tc>
        <w:tc>
          <w:tcPr>
            <w:tcW w:w="4818" w:type="dxa"/>
          </w:tcPr>
          <w:p w14:paraId="6A018CE9" w14:textId="77777777" w:rsidR="00C85C0B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locul</w:t>
            </w:r>
            <w:proofErr w:type="spellEnd"/>
          </w:p>
          <w:p w14:paraId="5887C7E5" w14:textId="77777777" w:rsidR="00C85C0B" w:rsidRDefault="00C85C0B">
            <w:pPr>
              <w:keepNext/>
            </w:pPr>
          </w:p>
        </w:tc>
      </w:tr>
      <w:tr w:rsidR="00C85C0B" w14:paraId="633508C0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6FEACB9" w14:textId="26080181" w:rsidR="00C85C0B" w:rsidRDefault="00150E80">
            <w:pPr>
              <w:spacing w:line="228" w:lineRule="auto"/>
            </w:pPr>
            <w:r>
              <w:t xml:space="preserve">Legea nr.169/2026 </w:t>
            </w:r>
            <w:proofErr w:type="spellStart"/>
            <w:r w:rsidRPr="00150E80">
              <w:t>privind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Codul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amenajării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teritoriului</w:t>
            </w:r>
            <w:proofErr w:type="spellEnd"/>
            <w:r w:rsidRPr="00150E80">
              <w:t xml:space="preserve">, </w:t>
            </w:r>
            <w:proofErr w:type="spellStart"/>
            <w:r w:rsidRPr="00150E80">
              <w:t>urbanismului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și</w:t>
            </w:r>
            <w:proofErr w:type="spellEnd"/>
            <w:r w:rsidRPr="00150E80">
              <w:t xml:space="preserve"> </w:t>
            </w:r>
            <w:proofErr w:type="spellStart"/>
            <w:r w:rsidRPr="00150E80">
              <w:t>construcțiilor</w:t>
            </w:r>
            <w:proofErr w:type="spellEnd"/>
            <w:r>
              <w:t xml:space="preserve"> nu </w:t>
            </w:r>
            <w:proofErr w:type="spellStart"/>
            <w:r>
              <w:t>instituie</w:t>
            </w:r>
            <w:proofErr w:type="spellEnd"/>
            <w:r>
              <w:t xml:space="preserve"> o </w:t>
            </w:r>
            <w:proofErr w:type="spellStart"/>
            <w:r>
              <w:t>înștiințare</w:t>
            </w:r>
            <w:proofErr w:type="spellEnd"/>
            <w:r>
              <w:t xml:space="preserve"> </w:t>
            </w:r>
            <w:proofErr w:type="spellStart"/>
            <w:r>
              <w:t>distinctă</w:t>
            </w:r>
            <w:proofErr w:type="spellEnd"/>
            <w:r>
              <w:t xml:space="preserve"> </w:t>
            </w:r>
            <w:proofErr w:type="spellStart"/>
            <w:r>
              <w:t>privind</w:t>
            </w:r>
            <w:proofErr w:type="spellEnd"/>
            <w:r>
              <w:t xml:space="preserve"> </w:t>
            </w:r>
            <w:proofErr w:type="spellStart"/>
            <w:r>
              <w:t>începerea</w:t>
            </w:r>
            <w:proofErr w:type="spellEnd"/>
            <w:r>
              <w:t xml:space="preserve"> </w:t>
            </w:r>
            <w:proofErr w:type="spellStart"/>
            <w:r>
              <w:t>lucrărilor</w:t>
            </w:r>
            <w:proofErr w:type="spellEnd"/>
            <w:r>
              <w:t xml:space="preserve"> </w:t>
            </w:r>
            <w:proofErr w:type="spellStart"/>
            <w:r>
              <w:t>notificate</w:t>
            </w:r>
            <w:proofErr w:type="spellEnd"/>
            <w:r>
              <w:t xml:space="preserve">; data </w:t>
            </w:r>
            <w:proofErr w:type="spellStart"/>
            <w:r>
              <w:t>începerii</w:t>
            </w:r>
            <w:proofErr w:type="spellEnd"/>
            <w:r>
              <w:t xml:space="preserve"> se </w:t>
            </w:r>
            <w:proofErr w:type="spellStart"/>
            <w:r>
              <w:t>declară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prezentul</w:t>
            </w:r>
            <w:proofErr w:type="spellEnd"/>
            <w:r>
              <w:t xml:space="preserve"> formular </w:t>
            </w:r>
            <w:proofErr w:type="spellStart"/>
            <w:r>
              <w:t>și</w:t>
            </w:r>
            <w:proofErr w:type="spellEnd"/>
            <w:r>
              <w:t xml:space="preserve"> se </w:t>
            </w:r>
            <w:proofErr w:type="spellStart"/>
            <w:r>
              <w:t>consemnează</w:t>
            </w:r>
            <w:proofErr w:type="spellEnd"/>
            <w:r>
              <w:t xml:space="preserve">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procesul</w:t>
            </w:r>
            <w:proofErr w:type="spellEnd"/>
            <w:r>
              <w:t xml:space="preserve">-verbal de </w:t>
            </w:r>
            <w:proofErr w:type="spellStart"/>
            <w:r>
              <w:t>recepție</w:t>
            </w:r>
            <w:proofErr w:type="spellEnd"/>
            <w:r>
              <w:t>.</w:t>
            </w:r>
          </w:p>
        </w:tc>
      </w:tr>
    </w:tbl>
    <w:p w14:paraId="049D9BE6" w14:textId="77777777" w:rsidR="00C85C0B" w:rsidRDefault="00C85C0B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C85C0B" w14:paraId="1BD195CE" w14:textId="77777777" w:rsidTr="003A7070">
        <w:trPr>
          <w:cantSplit/>
        </w:trPr>
        <w:tc>
          <w:tcPr>
            <w:tcW w:w="9636" w:type="dxa"/>
            <w:gridSpan w:val="3"/>
            <w:tcBorders>
              <w:bottom w:val="single" w:sz="4" w:space="0" w:color="767676"/>
            </w:tcBorders>
            <w:shd w:val="clear" w:color="auto" w:fill="F4F4F4"/>
          </w:tcPr>
          <w:p w14:paraId="2D727A7B" w14:textId="77777777" w:rsidR="00C85C0B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C85C0B" w14:paraId="10F5A63F" w14:textId="77777777" w:rsidTr="003A7070">
        <w:trPr>
          <w:cantSplit/>
          <w:trHeight w:val="510"/>
        </w:trPr>
        <w:tc>
          <w:tcPr>
            <w:tcW w:w="1606" w:type="dxa"/>
            <w:tcBorders>
              <w:bottom w:val="single" w:sz="4" w:space="0" w:color="auto"/>
            </w:tcBorders>
          </w:tcPr>
          <w:p w14:paraId="526CC080" w14:textId="77777777" w:rsidR="00C85C0B" w:rsidRDefault="00000000">
            <w:r>
              <w:rPr>
                <w:b/>
                <w:color w:val="0D5F78"/>
              </w:rPr>
              <w:t>Data</w:t>
            </w:r>
          </w:p>
          <w:p w14:paraId="3121BEF9" w14:textId="77777777" w:rsidR="00C85C0B" w:rsidRDefault="00C85C0B"/>
        </w:tc>
        <w:tc>
          <w:tcPr>
            <w:tcW w:w="4818" w:type="dxa"/>
            <w:tcBorders>
              <w:bottom w:val="single" w:sz="4" w:space="0" w:color="auto"/>
            </w:tcBorders>
          </w:tcPr>
          <w:p w14:paraId="76A83371" w14:textId="77777777" w:rsidR="00C85C0B" w:rsidRDefault="00000000">
            <w:proofErr w:type="spellStart"/>
            <w:r>
              <w:rPr>
                <w:b/>
                <w:color w:val="0D5F78"/>
              </w:rPr>
              <w:t>Beneficiarul</w:t>
            </w:r>
            <w:proofErr w:type="spellEnd"/>
          </w:p>
          <w:p w14:paraId="2DCA5FDA" w14:textId="77777777" w:rsidR="00C85C0B" w:rsidRDefault="00C85C0B"/>
        </w:tc>
        <w:tc>
          <w:tcPr>
            <w:tcW w:w="3212" w:type="dxa"/>
            <w:tcBorders>
              <w:bottom w:val="single" w:sz="4" w:space="0" w:color="auto"/>
            </w:tcBorders>
          </w:tcPr>
          <w:p w14:paraId="47CBF3F4" w14:textId="77777777" w:rsidR="00C85C0B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765AB599" w14:textId="77777777" w:rsidR="00C85C0B" w:rsidRDefault="00C85C0B"/>
        </w:tc>
      </w:tr>
    </w:tbl>
    <w:p w14:paraId="3AF77583" w14:textId="77777777" w:rsidR="00C85C0B" w:rsidRDefault="00C85C0B">
      <w:pPr>
        <w:spacing w:line="168" w:lineRule="auto"/>
      </w:pPr>
    </w:p>
    <w:sectPr w:rsidR="00C85C0B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1AB84D" w14:textId="77777777" w:rsidR="000D449B" w:rsidRDefault="000D449B">
      <w:r>
        <w:separator/>
      </w:r>
    </w:p>
  </w:endnote>
  <w:endnote w:type="continuationSeparator" w:id="0">
    <w:p w14:paraId="7692577C" w14:textId="77777777" w:rsidR="000D449B" w:rsidRDefault="000D4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A5726" w14:textId="77777777" w:rsidR="00C85C0B" w:rsidRDefault="00000000">
    <w:pPr>
      <w:pStyle w:val="Subsol"/>
      <w:tabs>
        <w:tab w:val="right" w:pos="9639"/>
      </w:tabs>
    </w:pPr>
    <w:r>
      <w:rPr>
        <w:color w:val="595959"/>
      </w:rPr>
      <w:t xml:space="preserve">F_NOT_07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150E80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39305" w14:textId="77777777" w:rsidR="000D449B" w:rsidRDefault="000D449B">
      <w:r>
        <w:separator/>
      </w:r>
    </w:p>
  </w:footnote>
  <w:footnote w:type="continuationSeparator" w:id="0">
    <w:p w14:paraId="68B695EC" w14:textId="77777777" w:rsidR="000D449B" w:rsidRDefault="000D44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6328430">
    <w:abstractNumId w:val="8"/>
  </w:num>
  <w:num w:numId="2" w16cid:durableId="1130898323">
    <w:abstractNumId w:val="6"/>
  </w:num>
  <w:num w:numId="3" w16cid:durableId="896206482">
    <w:abstractNumId w:val="5"/>
  </w:num>
  <w:num w:numId="4" w16cid:durableId="274681599">
    <w:abstractNumId w:val="4"/>
  </w:num>
  <w:num w:numId="5" w16cid:durableId="1333411861">
    <w:abstractNumId w:val="7"/>
  </w:num>
  <w:num w:numId="6" w16cid:durableId="1480608108">
    <w:abstractNumId w:val="3"/>
  </w:num>
  <w:num w:numId="7" w16cid:durableId="2120636634">
    <w:abstractNumId w:val="2"/>
  </w:num>
  <w:num w:numId="8" w16cid:durableId="967707077">
    <w:abstractNumId w:val="1"/>
  </w:num>
  <w:num w:numId="9" w16cid:durableId="184912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449B"/>
    <w:rsid w:val="0015074B"/>
    <w:rsid w:val="00150E80"/>
    <w:rsid w:val="00210834"/>
    <w:rsid w:val="0029639D"/>
    <w:rsid w:val="00326F90"/>
    <w:rsid w:val="003A7070"/>
    <w:rsid w:val="003F0F62"/>
    <w:rsid w:val="005C02E4"/>
    <w:rsid w:val="00A81951"/>
    <w:rsid w:val="00AA1D8D"/>
    <w:rsid w:val="00B47730"/>
    <w:rsid w:val="00B94163"/>
    <w:rsid w:val="00C85C0B"/>
    <w:rsid w:val="00CB066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E91569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Dodan</dc:creator>
  <cp:keywords/>
  <cp:lastModifiedBy>Cons3</cp:lastModifiedBy>
  <cp:revision>2</cp:revision>
  <dcterms:created xsi:type="dcterms:W3CDTF">2026-10-06T16:57:00Z</dcterms:created>
  <dcterms:modified xsi:type="dcterms:W3CDTF">2026-10-06T16:57:00Z</dcterms:modified>
  <cp:category/>
</cp:coreProperties>
</file>