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BOLDU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Sat Boldu, comuna Boldu, județul Buzău</w:t>
            </w:r>
          </w:p>
          <w:p w14:paraId="0EA9E139" w14:textId="77777777" w:rsidR="001E1635" w:rsidRDefault="001E1635">
            <w:pPr>
              <w:keepNext/>
            </w:pPr>
            <w:r>
              <w:t>Tel./Fax: 0238.576505; E-mail: contact@primariaboldu.ro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