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106487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4871"/>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BOLDU</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2407842</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Sat Boldu, comuna Boldu, județul Buzău</w:t>
            </w:r>
          </w:p>
          <w:p w14:paraId="4CCF903B" w14:textId="77777777" w:rsidR="007F7E84" w:rsidRDefault="007F7E84">
            <w:pPr>
              <w:keepNext/>
            </w:pPr>
            <w:r>
              <w:t>Tel./Fax: 0238.576505; E-mail: contact@primariaboldu.ro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